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Global Product</w:t>
        <w:br/>
        <w:t>Image Generation Prompts</w:t>
      </w:r>
    </w:p>
    <w:p>
      <w:pPr>
        <w:spacing w:before="120" w:after="240"/>
      </w:pPr>
      <w:r>
        <w:rPr>
          <w:color w:val="505050"/>
          <w:sz w:val="24"/>
        </w:rPr>
        <w:t>A reusable prompt library for replacing any uploaded product while preserving camera angle, lighting, hand anatomy, skin texture, product geometry and campaign concept.</w:t>
      </w:r>
    </w:p>
    <w:p>
      <w:pPr>
        <w:shd w:fill="FFF2F5"/>
        <w:spacing w:before="160" w:after="280"/>
        <w:ind w:left="173" w:right="173"/>
      </w:pPr>
      <w:r>
        <w:rPr>
          <w:b/>
          <w:color w:val="5A192D"/>
          <w:sz w:val="19"/>
        </w:rPr>
        <w:t>GLOBAL RULE: In every prompt, “my uploaded product” means the exact uploaded pack/product. Preserve its real shape, dimensions, cap/pump/dropper, logo, typography, label placement, colors, material, transparency, surface finish and all distinctive branding. Do not redesign, simplify, stretch, or invent details.</w:t>
      </w:r>
    </w:p>
    <w:p>
      <w:pPr>
        <w:pStyle w:val="Heading1"/>
      </w:pPr>
      <w:r>
        <w:t>Prompt Index</w:t>
      </w:r>
    </w:p>
    <w:p>
      <w:pPr>
        <w:pStyle w:val="PromptBody"/>
        <w:ind w:left="230" w:hanging="144"/>
      </w:pPr>
      <w:r>
        <w:t>• 01 — Floating Hero Product with Translucent Liquid Ribbons</w:t>
      </w:r>
    </w:p>
    <w:p>
      <w:pPr>
        <w:pStyle w:val="PromptBody"/>
        <w:ind w:left="230" w:hanging="144"/>
      </w:pPr>
      <w:r>
        <w:t>• 02 — Close-up Beauty Portrait Holding Product</w:t>
      </w:r>
    </w:p>
    <w:p>
      <w:pPr>
        <w:pStyle w:val="PromptBody"/>
        <w:ind w:left="230" w:hanging="144"/>
      </w:pPr>
      <w:r>
        <w:t>• 03 — Repeated Product Wall with Central Model Window</w:t>
      </w:r>
    </w:p>
    <w:p>
      <w:pPr>
        <w:pStyle w:val="PromptBody"/>
        <w:ind w:left="230" w:hanging="144"/>
      </w:pPr>
      <w:r>
        <w:t>• 04 — Extreme Macro Face with Product-as-Blur Foreground</w:t>
      </w:r>
    </w:p>
    <w:p>
      <w:pPr>
        <w:pStyle w:val="PromptBody"/>
        <w:ind w:left="230" w:hanging="144"/>
      </w:pPr>
      <w:r>
        <w:t>• 05 — Denim Pocket Product Editorial</w:t>
      </w:r>
    </w:p>
    <w:p>
      <w:pPr>
        <w:pStyle w:val="PromptBody"/>
        <w:ind w:left="230" w:hanging="144"/>
      </w:pPr>
      <w:r>
        <w:t>• 06 — Side-profile Model Balancing Product on Palm</w:t>
      </w:r>
    </w:p>
    <w:p>
      <w:pPr>
        <w:pStyle w:val="PromptBody"/>
        <w:ind w:left="230" w:hanging="144"/>
      </w:pPr>
      <w:r>
        <w:t>• 07 — Cropped Face + Finger Touching Product Pump/Cap</w:t>
      </w:r>
    </w:p>
    <w:p>
      <w:pPr>
        <w:pStyle w:val="PromptBody"/>
        <w:ind w:left="230" w:hanging="144"/>
      </w:pPr>
      <w:r>
        <w:t>• 08 — Orange Sculptural Fashion Campaign with Raised Arms</w:t>
      </w:r>
    </w:p>
    <w:p>
      <w:pPr>
        <w:pStyle w:val="PromptBody"/>
        <w:ind w:left="230" w:hanging="144"/>
      </w:pPr>
      <w:r>
        <w:t>• 09 — Thorn Stem + Copper Wire Product Still Life</w:t>
      </w:r>
    </w:p>
    <w:p>
      <w:pPr>
        <w:pStyle w:val="PromptBody"/>
        <w:ind w:left="230" w:hanging="144"/>
      </w:pPr>
      <w:r>
        <w:t>• 10 — Pink Curly-Hair Beauty Editorial Holding Product</w:t>
      </w:r>
    </w:p>
    <w:p>
      <w:pPr>
        <w:pStyle w:val="PromptBody"/>
        <w:ind w:left="230" w:hanging="144"/>
      </w:pPr>
      <w:r>
        <w:t>• 11 — Dramatic Hand-held Product with Adaptive Background</w:t>
      </w:r>
    </w:p>
    <w:p>
      <w:r>
        <w:br w:type="page"/>
      </w:r>
    </w:p>
    <w:p>
      <w:pPr>
        <w:pStyle w:val="Heading1"/>
      </w:pPr>
      <w:r>
        <w:t>01 — Floating Hero Product with Translucent Liquid Ribbons</w:t>
      </w:r>
    </w:p>
    <w:p>
      <w:pPr>
        <w:shd w:fill="F6F6F6"/>
        <w:ind w:left="144" w:right="144"/>
      </w:pPr>
      <w:r>
        <w:rPr>
          <w:i/>
          <w:color w:val="5A5A5A"/>
          <w:sz w:val="17"/>
        </w:rPr>
        <w:t>Copy/paste prompt — replace only product-specific references with your uploaded product.</w:t>
      </w:r>
    </w:p>
    <w:p>
      <w:pPr>
        <w:pStyle w:val="PromptBody"/>
      </w:pPr>
      <w:r>
        <w:t>Create a premium editorial beauty/product advertisement using my uploaded product as the hero, closely matching the reference composition.</w:t>
      </w:r>
    </w:p>
    <w:p>
      <w:pPr>
        <w:pStyle w:val="PromptBody"/>
      </w:pPr>
      <w:r>
        <w:t>Keep the exact camera angle, perspective, framing, product scale, floating position, and diagonal tilt of the reference. The product should appear suspended in mid-air, slightly tilted clockwise, photographed from a subtle front three-quarter angle so the front branding remains clearly readable while a small amount of side depth is visible.</w:t>
      </w:r>
    </w:p>
    <w:p>
      <w:pPr>
        <w:pStyle w:val="PromptBody"/>
      </w:pPr>
      <w:r>
        <w:t>Preserve the reference’s clean macro studio aesthetic and smooth luxury-cosmetics lighting. Use a large diffused key light from the upper-left/front, soft directional side illumination, delicate edge highlights, controlled glossy reflections, realistic contact highlights, and very soft shadows. Materials must look physically accurate—glass, plastic, metal, matte paper, glossy packaging, etc., according to my actual uploaded product.</w:t>
      </w:r>
    </w:p>
    <w:p>
      <w:pPr>
        <w:pStyle w:val="PromptBody"/>
      </w:pPr>
      <w:r>
        <w:t>Surround the product with large flowing translucent liquid/glass-like ribbons that curve elegantly from the upper-right behind the product and sweep underneath it toward the lower-right. The ribbons should have realistic refraction, subtle transparency, soft specular highlights, smooth organic curvature, and premium cosmetic-ad CGI quality. They must enhance the composition without hiding the logo or important packaging details.</w:t>
      </w:r>
    </w:p>
    <w:p>
      <w:pPr>
        <w:pStyle w:val="PromptBody"/>
      </w:pPr>
      <w:r>
        <w:rPr>
          <w:b/>
        </w:rPr>
        <w:t>BACKGROUND ADAPTATION:</w:t>
      </w:r>
      <w:r>
        <w:t xml:space="preserve"> Do not automatically keep the reference color. Analyze the uploaded product’s dominant packaging colors, branding, ingredients, mood, and category, then create a soft monochromatic or complementary gradient background derived from the product itself. The flowing ribbons should pick up subtle reflections of this palette.</w:t>
      </w:r>
    </w:p>
    <w:p>
      <w:pPr>
        <w:pStyle w:val="PromptBody"/>
      </w:pPr>
      <w:r>
        <w:t>Maintain large areas of clean negative space around the hero product. Background should be seamless, softly luminous, minimal, premium and distraction-free.</w:t>
      </w:r>
    </w:p>
    <w:p>
      <w:pPr>
        <w:pStyle w:val="PromptBody"/>
      </w:pPr>
      <w:r>
        <w:t>Product accuracy is extremely important: preserve the uploaded product’s exact shape, proportions, packaging dimensions, cap/dropper/pump structure, label placement, logo, typography, graphics, colors, transparency, surface finish and branding. Keep all visible text sharp, properly aligned and legible.</w:t>
      </w:r>
    </w:p>
    <w:p>
      <w:pPr>
        <w:pStyle w:val="PromptBody"/>
      </w:pPr>
      <w:r>
        <w:t>Ultra-realistic commercial product photography, premium skincare/perfume/beauty campaign aesthetic, realistic ray-traced reflections and refraction, subtle atmospheric depth, crisp hero product, smooth tonal gradients, sophisticated CGI-photo hybrid, no unnecessary props, no extra products, no random text.</w:t>
      </w:r>
    </w:p>
    <w:p>
      <w:pPr>
        <w:pStyle w:val="PromptBody"/>
      </w:pPr>
      <w:r>
        <w:t>Composition: vertical 3:4, hero product occupying roughly 55–65% of frame height, centered slightly toward the lower-middle, generous negative space toward the upper-left, flowing translucent element framing the product from the right side.</w:t>
      </w:r>
    </w:p>
    <w:p>
      <w:pPr>
        <w:pStyle w:val="PromptBody"/>
      </w:pPr>
      <w:r>
        <w:t>Avoid: flat lighting, harsh shadows, excessive glow, fake plastic texture, distorted packaging, unreadable branding, duplicated product, excessive bubbles, busy background, oversaturated colors, warped labels, changed camera angle, cropped product.</w:t>
      </w:r>
    </w:p>
    <w:p>
      <w:r>
        <w:br w:type="page"/>
      </w:r>
    </w:p>
    <w:p>
      <w:pPr>
        <w:pStyle w:val="Heading1"/>
      </w:pPr>
      <w:r>
        <w:t>02 — Close-up Beauty Portrait Holding Product</w:t>
      </w:r>
    </w:p>
    <w:p>
      <w:pPr>
        <w:shd w:fill="F6F6F6"/>
        <w:ind w:left="144" w:right="144"/>
      </w:pPr>
      <w:r>
        <w:rPr>
          <w:i/>
          <w:color w:val="5A5A5A"/>
          <w:sz w:val="17"/>
        </w:rPr>
        <w:t>Copy/paste prompt — replace only product-specific references with your uploaded product.</w:t>
      </w:r>
    </w:p>
    <w:p>
      <w:pPr>
        <w:pStyle w:val="PromptBody"/>
      </w:pPr>
      <w:r>
        <w:t>Create an ultra-realistic premium skincare campaign portrait matching the reference image’s composition and model pose.</w:t>
      </w:r>
    </w:p>
    <w:p>
      <w:pPr>
        <w:pStyle w:val="PromptBody"/>
      </w:pPr>
      <w:r>
        <w:t>Maintain the same close-up camera angle, lens perspective, framing, head position, facial angle, eye direction, hand placement, grip, and product-to-face distance. The product must remain in the foreground on the left side while the model’s face fills the upper-right portion of the frame.</w:t>
      </w:r>
    </w:p>
    <w:p>
      <w:pPr>
        <w:pStyle w:val="PromptBody"/>
      </w:pPr>
      <w:r>
        <w:t>Preserve the model’s natural skin tone and realistic skin texture. Keep visible pores, subtle peach fuzz, tiny natural blemishes, fine facial texture, realistic under-eye detail, soft freckles, and natural highlight transitions. Do not over-smooth or create waxy/plastic skin.</w:t>
      </w:r>
    </w:p>
    <w:p>
      <w:pPr>
        <w:pStyle w:val="PromptBody"/>
      </w:pPr>
      <w:r>
        <w:t>Maintain the same facial details: same eye shape and gaze direction; realistic iris detail, lashes, eyelids and tear-line texture; same eyebrow shape and density; same nose shape, nostrils, bridge and natural highlights; same lip shape, volume, corners, texture and soft glossy finish; same jawline, cheekbone structure and facial proportions; same neutral confident expression.</w:t>
      </w:r>
    </w:p>
    <w:p>
      <w:pPr>
        <w:pStyle w:val="PromptBody"/>
      </w:pPr>
      <w:r>
        <w:t>Preserve the sleek pulled-back dark hair, fine flyaways, silver hoop earring, beige ribbed sleeveless top, and minimal clean beauty styling.</w:t>
      </w:r>
    </w:p>
    <w:p>
      <w:pPr>
        <w:pStyle w:val="PromptBody"/>
      </w:pPr>
      <w:r>
        <w:rPr>
          <w:b/>
        </w:rPr>
        <w:t>HAND &amp; GRIP:</w:t>
      </w:r>
      <w:r>
        <w:t xml:space="preserve"> Maintain the same grip around the product, finger positions, finger spacing, thumb placement, nail length, almond-shaped nude manicure, knuckle structure, hand proportions, skin tone, pores, fine lines, veins, cuticles, and natural creases. No distorted fingers, merged fingers, extra fingers, or unnatural grip.</w:t>
      </w:r>
    </w:p>
    <w:p>
      <w:pPr>
        <w:pStyle w:val="PromptBody"/>
      </w:pPr>
      <w:r>
        <w:t>Replace the serum bottle with my uploaded product, while preserving its exact shape, proportions, dimensions and thickness, cap/dropper/pump structure, logo and label placement, typography, branding, surface finish, material, transparency, color and packaging details.</w:t>
      </w:r>
    </w:p>
    <w:p>
      <w:pPr>
        <w:pStyle w:val="PromptBody"/>
      </w:pPr>
      <w:r>
        <w:t>The product should be sharp and dominant in the foreground, with all important branding clearly visible and correctly aligned. Do not redesign or simplify the packaging.</w:t>
      </w:r>
    </w:p>
    <w:p>
      <w:pPr>
        <w:pStyle w:val="PromptBody"/>
      </w:pPr>
      <w:r>
        <w:t>Lighting: warm premium beauty lighting from the front-left/upper-left, creating realistic dewy highlights on forehead, cheekbones, nose, lips, hand and product. Maintain soft dimensional shadows on the opposite side. Avoid harsh flash, blown-out highlights or flat lighting.</w:t>
      </w:r>
    </w:p>
    <w:p>
      <w:pPr>
        <w:pStyle w:val="PromptBody"/>
      </w:pPr>
      <w:r>
        <w:t>Background: clean seamless warm beige / soft nude studio background with subtle tonal variation and no distracting objects.</w:t>
      </w:r>
    </w:p>
    <w:p>
      <w:pPr>
        <w:pStyle w:val="PromptBody"/>
      </w:pPr>
      <w:r>
        <w:t>Depth of field: shallow but realistic—product and front fingers sharply detailed, face still clearly recognizable with slight natural falloff toward the background.</w:t>
      </w:r>
    </w:p>
    <w:p>
      <w:pPr>
        <w:pStyle w:val="PromptBody"/>
      </w:pPr>
      <w:r>
        <w:t>Overall style: luxury skincare advertising, modern editorial beauty photography, realistic DSLR/mirrorless image, 85mm portrait feel, shallow depth of field, high dynamic range, natural skin rendering, crisp eyelashes, realistic hand texture, physically accurate product reflections, subtle filmic contrast, premium commercial finish.</w:t>
      </w:r>
    </w:p>
    <w:p>
      <w:pPr>
        <w:pStyle w:val="PromptBody"/>
      </w:pPr>
      <w:r>
        <w:t>Avoid: plastic skin, overly retouched face, fake pores, malformed fingers, extra fingers, incorrect nail shape, distorted bottle, warped branding, unreadable text, altered packaging proportions, excessive glow, artificial skin shine, cartoon-like features, heavy makeup, or changed facial expression.</w:t>
      </w:r>
    </w:p>
    <w:p>
      <w:pPr>
        <w:pStyle w:val="PromptBody"/>
      </w:pPr>
      <w:r>
        <w:t>Aspect ratio: vertical 2:3 or 3:4.</w:t>
      </w:r>
    </w:p>
    <w:p>
      <w:r>
        <w:br w:type="page"/>
      </w:r>
    </w:p>
    <w:p>
      <w:pPr>
        <w:pStyle w:val="Heading1"/>
      </w:pPr>
      <w:r>
        <w:t>03 — Repeated Product Wall with Central Model Window</w:t>
      </w:r>
    </w:p>
    <w:p>
      <w:pPr>
        <w:shd w:fill="F6F6F6"/>
        <w:ind w:left="144" w:right="144"/>
      </w:pPr>
      <w:r>
        <w:rPr>
          <w:i/>
          <w:color w:val="5A5A5A"/>
          <w:sz w:val="17"/>
        </w:rPr>
        <w:t>Copy/paste prompt — replace only product-specific references with your uploaded product.</w:t>
      </w:r>
    </w:p>
    <w:p>
      <w:pPr>
        <w:pStyle w:val="PromptBody"/>
      </w:pPr>
      <w:r>
        <w:t>Create a premium editorial skincare/product campaign image inspired by the reference composition.</w:t>
      </w:r>
    </w:p>
    <w:p>
      <w:pPr>
        <w:pStyle w:val="PromptBody"/>
      </w:pPr>
      <w:r>
        <w:t>Maintain the same concept, framing, camera angle, symmetry, and visual structure. Build a wall-like grid of many identical units of my uploaded product arranged tightly across the full frame, creating a clean repetitive pattern. Leave a rectangular opening in the center where the model is visible from the chest up.</w:t>
      </w:r>
    </w:p>
    <w:p>
      <w:pPr>
        <w:pStyle w:val="PromptBody"/>
      </w:pPr>
      <w:r>
        <w:t>A young woman stands behind the central opening, facing forward with a calm, slightly serious editorial expression. Her face remains centered, with her eyes looking slightly sideways. She wears a minimal cream/beige high-neck sleeveless top. Styling should stay clean, polished, and modern.</w:t>
      </w:r>
    </w:p>
    <w:p>
      <w:pPr>
        <w:pStyle w:val="PromptBody"/>
      </w:pPr>
      <w:r>
        <w:t>Two feminine hands enter from the left and right sides near her face, gently pressing or framing her cheeks in the same way as the reference. Maintain the same hand placement, finger spread, nail length, manicure style, and elegant pose. Include subtle rings if suitable. Keep the hands graceful and anatomically natural.</w:t>
      </w:r>
    </w:p>
    <w:p>
      <w:pPr>
        <w:pStyle w:val="PromptBody"/>
      </w:pPr>
      <w:r>
        <w:t>Preserve model details: natural skin tone, realistic pores and soft glow, clean eyebrows, natural eye shape and gaze, nose shape, lip shape and nude tone, soft jawline and facial proportions, sleek pulled-back hair / clean tied-back hairstyle, minimal makeup and polished editorial finish.</w:t>
      </w:r>
    </w:p>
    <w:p>
      <w:pPr>
        <w:pStyle w:val="PromptBody"/>
      </w:pPr>
      <w:r>
        <w:t>Replace every reference bottle with my uploaded product. Preserve exact packaging shape, proportions, cap/pump/bottle structure, branding placement, label layout, typography, material, color, transparency/finish and all visible design details.</w:t>
      </w:r>
    </w:p>
    <w:p>
      <w:pPr>
        <w:pStyle w:val="PromptBody"/>
      </w:pPr>
      <w:r>
        <w:t>All repeated products should be aligned in a neat grid pattern, stacked row by row, covering almost the full frame. Products must remain consistent in scale and orientation. The grid should feel graphic, disciplined, and art-directed—not random.</w:t>
      </w:r>
    </w:p>
    <w:p>
      <w:pPr>
        <w:pStyle w:val="PromptBody"/>
      </w:pPr>
      <w:r>
        <w:t>Camera: straight-on and front-facing with balanced symmetry. Lighting: soft clean studio illumination, evenly exposing both product grid and model, with subtle shadows, smooth highlights and clear packaging visibility.</w:t>
      </w:r>
    </w:p>
    <w:p>
      <w:pPr>
        <w:pStyle w:val="PromptBody"/>
      </w:pPr>
      <w:r>
        <w:t>Background behind the model should be a clean soft neutral tone that complements the uploaded product palette. Keep the overall look polished, modern, minimal and premium.</w:t>
      </w:r>
    </w:p>
    <w:p>
      <w:pPr>
        <w:pStyle w:val="PromptBody"/>
      </w:pPr>
      <w:r>
        <w:t>Important: preserve the repeated-product wall, central model window, cheek-framing hands, straight-on composition and editorial beauty styling.</w:t>
      </w:r>
    </w:p>
    <w:p>
      <w:pPr>
        <w:pStyle w:val="PromptBody"/>
      </w:pPr>
      <w:r>
        <w:t>Avoid: distorted fingers, extra fingers, warped products, inconsistent package sizes, unreadable labels, messy spacing, overly dramatic expression, harsh shadows, cluttered background or changing the main composition.</w:t>
      </w:r>
    </w:p>
    <w:p>
      <w:pPr>
        <w:pStyle w:val="PromptBody"/>
      </w:pPr>
      <w:r>
        <w:t>Aspect ratio: vertical 3:4.</w:t>
      </w:r>
    </w:p>
    <w:p>
      <w:r>
        <w:br w:type="page"/>
      </w:r>
    </w:p>
    <w:p>
      <w:pPr>
        <w:pStyle w:val="Heading1"/>
      </w:pPr>
      <w:r>
        <w:t>04 — Extreme Macro Face with Product-as-Blur Foreground</w:t>
      </w:r>
    </w:p>
    <w:p>
      <w:pPr>
        <w:shd w:fill="F6F6F6"/>
        <w:ind w:left="144" w:right="144"/>
      </w:pPr>
      <w:r>
        <w:rPr>
          <w:i/>
          <w:color w:val="5A5A5A"/>
          <w:sz w:val="17"/>
        </w:rPr>
        <w:t>Copy/paste prompt — replace only product-specific references with your uploaded product.</w:t>
      </w:r>
    </w:p>
    <w:p>
      <w:pPr>
        <w:pStyle w:val="PromptBody"/>
      </w:pPr>
      <w:r>
        <w:t>Create an ultra-premium macro beauty campaign image inspired by the reference.</w:t>
      </w:r>
    </w:p>
    <w:p>
      <w:pPr>
        <w:pStyle w:val="PromptBody"/>
      </w:pPr>
      <w:r>
        <w:t>Maintain the same extreme close-up side-profile composition, camera angle, crop, skin rendering, shallow depth of field, and dreamy editorial mood. Show only part of the model’s face—mainly the eye, nose bridge, nose tip, cheek, upper lip, and a small portion of the lower lip—with the face turned slightly sideways.</w:t>
      </w:r>
    </w:p>
    <w:p>
      <w:pPr>
        <w:pStyle w:val="PromptBody"/>
      </w:pPr>
      <w:r>
        <w:t>Preserve realistic human details: natural skin tone, visible pores and micro skin texture, fine peach fuzz, realistic nose texture and nostril structure, natural glossy highlight across cheekbone and nose, realistic eyelid texture, individually visible eyelashes, detailed iris and moist eye reflection, subtle lip texture, no plastic skin or excessive retouching.</w:t>
      </w:r>
    </w:p>
    <w:p>
      <w:pPr>
        <w:pStyle w:val="PromptBody"/>
      </w:pPr>
      <w:r>
        <w:t>Use very soft diffused white beauty lighting, creating luminous highlights across the skin while keeping shadows extremely gentle. The image should feel airy, fresh, clean, hydrating and almost ethereal.</w:t>
      </w:r>
    </w:p>
    <w:p>
      <w:pPr>
        <w:pStyle w:val="PromptBody"/>
      </w:pPr>
      <w:r>
        <w:rPr>
          <w:b/>
        </w:rPr>
        <w:t>CREATIVE PRODUCT PLACEMENT:</w:t>
      </w:r>
      <w:r>
        <w:t xml:space="preserve"> Place my uploaded product extremely close to the camera lens along the right edge and lower-right foreground. The product should be intentionally heavily out of focus, functioning as a soft abstract foreground layer rather than a sharp hero object. Only parts of the product silhouette, packaging color, cap, edge or translucent material should be recognizable through the blur.</w:t>
      </w:r>
    </w:p>
    <w:p>
      <w:pPr>
        <w:pStyle w:val="PromptBody"/>
      </w:pPr>
      <w:r>
        <w:t>The foreground product should create creamy optical blur, soft color diffusion, subtle reflections, translucent light streaks, gentle bokeh, and smooth gradient-like obstruction. The blur should partially cover the cheek, jawline and lower-right portion of the image, similar to the reference’s soft foreground haze.</w:t>
      </w:r>
    </w:p>
    <w:p>
      <w:pPr>
        <w:pStyle w:val="PromptBody"/>
      </w:pPr>
      <w:r>
        <w:t>The model’s eye, nose and central facial details remain the sharpest parts of the frame, while the uploaded product becomes progressively more blurred as it approaches the lens.</w:t>
      </w:r>
    </w:p>
    <w:p>
      <w:pPr>
        <w:pStyle w:val="PromptBody"/>
      </w:pPr>
      <w:r>
        <w:t>If the product is transparent or glossy, allow its blurred edges to refract the skin and background slightly. If it has a strong brand color, let that color create a subtle tinted haze in the foreground without overpowering the skin.</w:t>
      </w:r>
    </w:p>
    <w:p>
      <w:pPr>
        <w:pStyle w:val="PromptBody"/>
      </w:pPr>
      <w:r>
        <w:t>Keep the uploaded product’s real silhouette, color, material, cap structure and proportions even though it is intentionally defocused. Do not invent a different package shape.</w:t>
      </w:r>
    </w:p>
    <w:p>
      <w:pPr>
        <w:pStyle w:val="PromptBody"/>
      </w:pPr>
      <w:r>
        <w:t>Camera: extreme macro beauty photography, approximately 90–105mm macro lens, very shallow depth of field, focus locked on the model’s eye/nose area, foreground product placed just centimeters from the lens; f/1.8–f/2.8 style depth.</w:t>
      </w:r>
    </w:p>
    <w:p>
      <w:pPr>
        <w:pStyle w:val="PromptBody"/>
      </w:pPr>
      <w:r>
        <w:t>Background: minimal white / ivory / pale neutral background, heavily diffused and almost disappearing into light.</w:t>
      </w:r>
    </w:p>
    <w:p>
      <w:pPr>
        <w:pStyle w:val="PromptBody"/>
      </w:pPr>
      <w:r>
        <w:t>Overall aesthetic: luxury skincare campaign, Korean beauty editorial, high-end cosmetic photography, translucent hydration aesthetic, soft-focus foreground layering, realistic skin photography, dreamy optical diffusion, natural specular highlights, clean premium minimalism.</w:t>
      </w:r>
    </w:p>
    <w:p>
      <w:pPr>
        <w:pStyle w:val="PromptBody"/>
      </w:pPr>
      <w:r>
        <w:t>Important: the foreground blur must clearly come from the uploaded product itself—not random fog or generic blur.</w:t>
      </w:r>
    </w:p>
    <w:p>
      <w:pPr>
        <w:pStyle w:val="PromptBody"/>
      </w:pPr>
      <w:r>
        <w:t>Avoid: sharp foreground product, fully visible product label, artificial skin smoothing, overexposure, excessive bloom, fake pores, distorted nose, deformed eye, incorrect anatomy, heavy makeup, harsh contrast, busy background or random lens flare.</w:t>
      </w:r>
    </w:p>
    <w:p>
      <w:pPr>
        <w:pStyle w:val="PromptBody"/>
      </w:pPr>
      <w:r>
        <w:t>Aspect ratio: vertical 3:4.</w:t>
      </w:r>
    </w:p>
    <w:p>
      <w:r>
        <w:br w:type="page"/>
      </w:r>
    </w:p>
    <w:p>
      <w:pPr>
        <w:pStyle w:val="Heading1"/>
      </w:pPr>
      <w:r>
        <w:t>05 — Denim Pocket Product Editorial</w:t>
      </w:r>
    </w:p>
    <w:p>
      <w:pPr>
        <w:shd w:fill="F6F6F6"/>
        <w:ind w:left="144" w:right="144"/>
      </w:pPr>
      <w:r>
        <w:rPr>
          <w:i/>
          <w:color w:val="5A5A5A"/>
          <w:sz w:val="17"/>
        </w:rPr>
        <w:t>Copy/paste prompt — replace only product-specific references with your uploaded product.</w:t>
      </w:r>
    </w:p>
    <w:p>
      <w:pPr>
        <w:pStyle w:val="PromptBody"/>
      </w:pPr>
      <w:r>
        <w:t>Create a premium fashion-beauty editorial product image inspired by the reference.</w:t>
      </w:r>
    </w:p>
    <w:p>
      <w:pPr>
        <w:pStyle w:val="PromptBody"/>
      </w:pPr>
      <w:r>
        <w:t>Maintain the same tight cropped camera angle, close-up framing, denim-pocket concept, hand placement, product positioning, and clean fashion-campaign aesthetic.</w:t>
      </w:r>
    </w:p>
    <w:p>
      <w:pPr>
        <w:pStyle w:val="PromptBody"/>
      </w:pPr>
      <w:r>
        <w:t>Show the lower torso/hip area of a female model wearing light-wash vintage denim jeans, photographed from a close front-side angle. The back/side pocket should dominate the lower-left and central part of the composition.</w:t>
      </w:r>
    </w:p>
    <w:p>
      <w:pPr>
        <w:pStyle w:val="PromptBody"/>
      </w:pPr>
      <w:r>
        <w:t>Place my uploaded product inside the denim pocket, partially visible, as if naturally carried in the jeans. Use two units if composition allows: one placed slightly deeper and partly cropped near the left edge, and one more prominently visible near the center-right of the pocket.</w:t>
      </w:r>
    </w:p>
    <w:p>
      <w:pPr>
        <w:pStyle w:val="PromptBody"/>
      </w:pPr>
      <w:r>
        <w:t>Preserve the uploaded product exactly: shape, dimensions, cap/pump/dropper structure, original color, label placement, logo and typography, material and finish, transparency/frosting/gloss, all distinctive branding details.</w:t>
      </w:r>
    </w:p>
    <w:p>
      <w:pPr>
        <w:pStyle w:val="PromptBody"/>
      </w:pPr>
      <w:r>
        <w:rPr>
          <w:b/>
        </w:rPr>
        <w:t>HAND STYLING:</w:t>
      </w:r>
      <w:r>
        <w:t xml:space="preserve"> A feminine hand enters from the upper-right, hovering naturally beside the pocket. Maintain the reference hand pose: index and middle fingers extended toward the left, ring and little finger angled downward, relaxed elegant spacing, long almond-shaped manicure, soft nude/milky white nails, realistic cuticles, visible knuckle creases, fine skin texture, subtle veins and pores, slim gold rings on 2–3 fingers.</w:t>
      </w:r>
    </w:p>
    <w:p>
      <w:pPr>
        <w:pStyle w:val="PromptBody"/>
      </w:pPr>
      <w:r>
        <w:rPr>
          <w:b/>
        </w:rPr>
        <w:t>DENIM DETAILS:</w:t>
      </w:r>
      <w:r>
        <w:t xml:space="preserve"> visible diagonal twill weave, faded light-grey/blue wash, natural seams and double stitching, pocket edge thickness, slight wrinkles and tension around the hip, realistic fabric fibers, subtle wear and tonal variation.</w:t>
      </w:r>
    </w:p>
    <w:p>
      <w:pPr>
        <w:pStyle w:val="PromptBody"/>
      </w:pPr>
      <w:r>
        <w:t>Optional: add a small soft fabric accessory or embroidered detail near the bottom of the pocket for a playful Gen-Z beauty feel, but keep it secondary.</w:t>
      </w:r>
    </w:p>
    <w:p>
      <w:pPr>
        <w:pStyle w:val="PromptBody"/>
      </w:pPr>
      <w:r>
        <w:t>Product placement: approximately 55–70% of the package visible, naturally inserted with realistic pocket occlusion, contact shadows, slight fabric pressure around the package, proper scale and no floating effect. Keep the main product front-facing enough for branding to remain readable.</w:t>
      </w:r>
    </w:p>
    <w:p>
      <w:pPr>
        <w:pStyle w:val="PromptBody"/>
      </w:pPr>
      <w:r>
        <w:t>Camera: close editorial crop, approximately 50–70mm lens feel, straight-on with a subtle side angle. Do not show the full model; only waist/hip, jeans, pocket, hand and products.</w:t>
      </w:r>
    </w:p>
    <w:p>
      <w:pPr>
        <w:pStyle w:val="PromptBody"/>
      </w:pPr>
      <w:r>
        <w:t>Lighting: soft premium studio lighting from upper-left/front, creating soft product highlights, gentle nail sheen, subtle warm skin highlights, realistic denim shadows and clean commercial contrast.</w:t>
      </w:r>
    </w:p>
    <w:p>
      <w:pPr>
        <w:pStyle w:val="PromptBody"/>
      </w:pPr>
      <w:r>
        <w:t>Background: seamless warm ivory / off-white / pale cream, or a neutral tone adapted to the uploaded product palette.</w:t>
      </w:r>
    </w:p>
    <w:p>
      <w:pPr>
        <w:pStyle w:val="PromptBody"/>
      </w:pPr>
      <w:r>
        <w:t>Overall aesthetic: luxury Gen-Z beauty campaign, fashion editorial photography, playful skincare/perfume advertising, premium studio still life combined with fashion styling, photorealistic materials, clean composition, slightly Y2K-inspired but sophisticated.</w:t>
      </w:r>
    </w:p>
    <w:p>
      <w:pPr>
        <w:pStyle w:val="PromptBody"/>
      </w:pPr>
      <w:r>
        <w:t>Avoid: distorted fingers, extra fingers, malformed nails, floating products, wrong product proportions, warped logos, unreadable labels, plastic-looking skin, fake denim texture, excessive accessories, busy background or changing the camera angle.</w:t>
      </w:r>
    </w:p>
    <w:p>
      <w:pPr>
        <w:pStyle w:val="PromptBody"/>
      </w:pPr>
      <w:r>
        <w:t>Aspect ratio: vertical 3:4.</w:t>
      </w:r>
    </w:p>
    <w:p>
      <w:r>
        <w:br w:type="page"/>
      </w:r>
    </w:p>
    <w:p>
      <w:pPr>
        <w:pStyle w:val="Heading1"/>
      </w:pPr>
      <w:r>
        <w:t>06 — Side-profile Model Balancing Product on Palm</w:t>
      </w:r>
    </w:p>
    <w:p>
      <w:pPr>
        <w:shd w:fill="F6F6F6"/>
        <w:ind w:left="144" w:right="144"/>
      </w:pPr>
      <w:r>
        <w:rPr>
          <w:i/>
          <w:color w:val="5A5A5A"/>
          <w:sz w:val="17"/>
        </w:rPr>
        <w:t>Copy/paste prompt — replace only product-specific references with your uploaded product.</w:t>
      </w:r>
    </w:p>
    <w:p>
      <w:pPr>
        <w:pStyle w:val="PromptBody"/>
      </w:pPr>
      <w:r>
        <w:t>Create a clean, premium editorial beauty image inspired by the reference.</w:t>
      </w:r>
    </w:p>
    <w:p>
      <w:pPr>
        <w:pStyle w:val="PromptBody"/>
      </w:pPr>
      <w:r>
        <w:t>Maintain the same camera angle, side-profile composition, framing, pose, hand position, expression, styling and minimal studio setup.</w:t>
      </w:r>
    </w:p>
    <w:p>
      <w:pPr>
        <w:pStyle w:val="PromptBody"/>
      </w:pPr>
      <w:r>
        <w:t>Show a young woman in right-facing side profile, positioned on the right side of the frame, leaning slightly forward toward the product resting on her palm. Her face should be close to the product as if admiring or softly blowing toward it. Keep the same elegant, calm, slightly dreamy expression with softly parted lips.</w:t>
      </w:r>
    </w:p>
    <w:p>
      <w:pPr>
        <w:pStyle w:val="PromptBody"/>
      </w:pPr>
      <w:r>
        <w:t>Model styling: smooth but realistic skin texture, visible pores and natural facial texture, soft blush, subtle pink-toned eye makeup, defined brows, natural nose shape, soft glossy lips, sleek dark hair pulled tightly back into a bun, silver hoop earring, light blue ribbed long-sleeve knit top/sweater.</w:t>
      </w:r>
    </w:p>
    <w:p>
      <w:pPr>
        <w:pStyle w:val="PromptBody"/>
      </w:pPr>
      <w:r>
        <w:rPr>
          <w:b/>
        </w:rPr>
        <w:t>HAND &amp; FINGER POSE:</w:t>
      </w:r>
      <w:r>
        <w:t xml:space="preserve"> Maintain the exact presentation concept—left hand extended horizontally in front of her, palm open and facing upward, fingers gently relaxed and slightly together, product resting upright on the palm. Preserve natural finger anatomy, knuckles, nail beds, cuticles, fine skin texture and realistic proportions. No distorted or extra fingers.</w:t>
      </w:r>
    </w:p>
    <w:p>
      <w:pPr>
        <w:pStyle w:val="PromptBody"/>
      </w:pPr>
      <w:r>
        <w:t>Replace the reference object with my uploaded product. Preserve exact packaging shape, cap/lid/pump/dropper structure, original color, material and finish, label placement, logo and typography, proportions and all visible branding details.</w:t>
      </w:r>
    </w:p>
    <w:p>
      <w:pPr>
        <w:pStyle w:val="PromptBody"/>
      </w:pPr>
      <w:r>
        <w:t>Place the uploaded product upright on the open palm, balanced naturally. Keep it as the clear hero object while preserving the same visual balance as the reference.</w:t>
      </w:r>
    </w:p>
    <w:p>
      <w:pPr>
        <w:pStyle w:val="PromptBody"/>
      </w:pPr>
      <w:r>
        <w:t>Composition: model occupies the right half; hand extends right-to-left toward the center; product sits centered over the palm; clean negative space on the left; close-to-medium crop.</w:t>
      </w:r>
    </w:p>
    <w:p>
      <w:pPr>
        <w:pStyle w:val="PromptBody"/>
      </w:pPr>
      <w:r>
        <w:t>Lighting: soft diffused studio lighting with a bright clean beauty-editorial look; soft skin highlights, subtle shadow under jaw and hand, clear product visibility and polished commercial finish.</w:t>
      </w:r>
    </w:p>
    <w:p>
      <w:pPr>
        <w:pStyle w:val="PromptBody"/>
      </w:pPr>
      <w:r>
        <w:t>Background: plain seamless light grey or very pale neutral background, minimal and distraction-free.</w:t>
      </w:r>
    </w:p>
    <w:p>
      <w:pPr>
        <w:pStyle w:val="PromptBody"/>
      </w:pPr>
      <w:r>
        <w:t>Overall look: high-end beauty campaign, minimal editorial skincare photography, refined commercial style, crisp product visibility, elegant feminine styling, clean studio image.</w:t>
      </w:r>
    </w:p>
    <w:p>
      <w:pPr>
        <w:pStyle w:val="PromptBody"/>
      </w:pPr>
      <w:r>
        <w:t>Avoid: extra fingers, warped hand anatomy, altered face shape, harsh shadows, heavy makeup, cluttered background, floating product, distorted packaging, unreadable branding, plastic skin or changing the pose.</w:t>
      </w:r>
    </w:p>
    <w:p>
      <w:pPr>
        <w:pStyle w:val="PromptBody"/>
      </w:pPr>
      <w:r>
        <w:t>Aspect ratio: vertical 2:3 or 4:5.</w:t>
      </w:r>
    </w:p>
    <w:p>
      <w:r>
        <w:br w:type="page"/>
      </w:r>
    </w:p>
    <w:p>
      <w:pPr>
        <w:pStyle w:val="Heading1"/>
      </w:pPr>
      <w:r>
        <w:t>07 — Cropped Face + Finger Touching Product Pump/Cap</w:t>
      </w:r>
    </w:p>
    <w:p>
      <w:pPr>
        <w:shd w:fill="F6F6F6"/>
        <w:ind w:left="144" w:right="144"/>
      </w:pPr>
      <w:r>
        <w:rPr>
          <w:i/>
          <w:color w:val="5A5A5A"/>
          <w:sz w:val="17"/>
        </w:rPr>
        <w:t>Copy/paste prompt — replace only product-specific references with your uploaded product.</w:t>
      </w:r>
    </w:p>
    <w:p>
      <w:pPr>
        <w:pStyle w:val="PromptBody"/>
      </w:pPr>
      <w:r>
        <w:t>Create a premium beauty-editorial product campaign image inspired by the reference.</w:t>
      </w:r>
    </w:p>
    <w:p>
      <w:pPr>
        <w:pStyle w:val="PromptBody"/>
      </w:pPr>
      <w:r>
        <w:t>Maintain the same tight close-up crop, straight-on camera angle, composition, finger placement, facial crop, jewelry styling, glossy lips, soft fashion aesthetic and product-centered setup.</w:t>
      </w:r>
    </w:p>
    <w:p>
      <w:pPr>
        <w:pStyle w:val="PromptBody"/>
      </w:pPr>
      <w:r>
        <w:t>The model is positioned behind the product with only the lower half of the face visible—nose, lips, chin, partial cheeks, ears and neck. Keep the eyes mostly out of frame.</w:t>
      </w:r>
    </w:p>
    <w:p>
      <w:pPr>
        <w:pStyle w:val="PromptBody"/>
      </w:pPr>
      <w:r>
        <w:t>Preserve model details: natural warm skin tone, realistic pores and skin texture, subtle peach fuzz, soft blush, glossy nude-pink lips with visible lip texture, realistic nose shape and nostril detail, smooth but natural jawline, hair softly framing the sides, gold septum ring, sculptural gold earrings and minimal premium beauty makeup.</w:t>
      </w:r>
    </w:p>
    <w:p>
      <w:pPr>
        <w:pStyle w:val="PromptBody"/>
      </w:pPr>
      <w:r>
        <w:rPr>
          <w:b/>
        </w:rPr>
        <w:t>HAND POSE:</w:t>
      </w:r>
      <w:r>
        <w:t xml:space="preserve"> The hand enters from the left side, with the index finger extending horizontally toward the product pump/cap. Maintain the same relaxed finger spacing, natural index-finger curve, realistic thumb position, proper knuckle structure, pink almond-shaped manicure, visible nail beds and cuticles, realistic hand pores and fine lines, and a chunky stacked gold ring. The fingertip should sit just above or lightly touch the top of my product.</w:t>
      </w:r>
    </w:p>
    <w:p>
      <w:pPr>
        <w:pStyle w:val="PromptBody"/>
      </w:pPr>
      <w:r>
        <w:t>Replace the reference serum bottle with my uploaded product. Preserve exact dimensions and proportions, package shape, cap/pump/dropper structure, logo, typography, label positioning, original colors, transparency, glass/plastic/metal material, surface finish and distinctive branding details.</w:t>
      </w:r>
    </w:p>
    <w:p>
      <w:pPr>
        <w:pStyle w:val="PromptBody"/>
      </w:pPr>
      <w:r>
        <w:t>Keep the product upright, centered, front-facing and sharply focused. Do not redesign or simplify it.</w:t>
      </w:r>
    </w:p>
    <w:p>
      <w:pPr>
        <w:pStyle w:val="PromptBody"/>
      </w:pPr>
      <w:r>
        <w:t>Surface/prop: place the product on a soft padded surface—quilted cosmetic cushion or inflated vinyl beauty prop—in a color that complements the uploaded product. Use realistic soft material texture, subtle seams/depressions, smooth highlights and a gentle shadow directly beneath the product.</w:t>
      </w:r>
    </w:p>
    <w:p>
      <w:pPr>
        <w:pStyle w:val="PromptBody"/>
      </w:pPr>
      <w:r>
        <w:t>Outfit: plush or soft-textured robe/knit garment visible around neck and shoulders, color-adapted to the product palette.</w:t>
      </w:r>
    </w:p>
    <w:p>
      <w:pPr>
        <w:pStyle w:val="PromptBody"/>
      </w:pPr>
      <w:r>
        <w:t>Lighting: bright premium studio lighting with soft frontal key and gentle fill; glossy highlights on lips, natural shine on jewelry, clean product highlights, subtle skin sheen, soft shadows around fingers and product, no harsh contrast.</w:t>
      </w:r>
    </w:p>
    <w:p>
      <w:pPr>
        <w:pStyle w:val="PromptBody"/>
      </w:pPr>
      <w:r>
        <w:t>Composition: product as the main hero at the lower center; model face cropped tightly behind; hand interaction from the left; clean commercial framing.</w:t>
      </w:r>
    </w:p>
    <w:p>
      <w:pPr>
        <w:pStyle w:val="PromptBody"/>
      </w:pPr>
      <w:r>
        <w:t>Overall style: luxury Gen-Z skincare editorial, glossy beauty campaign, playful feminine styling, high-end studio photography, clean commercial aesthetic, realistic materials, premium retouching without plastic skin.</w:t>
      </w:r>
    </w:p>
    <w:p>
      <w:pPr>
        <w:pStyle w:val="PromptBody"/>
      </w:pPr>
      <w:r>
        <w:t>Avoid: extra fingers, warped nails, incorrect hand anatomy, overly smoothed skin, distorted lips, asymmetrical jewelry, floating product, incorrect proportions, unreadable labels, warped logos, messy background or excessive glow.</w:t>
      </w:r>
    </w:p>
    <w:p>
      <w:pPr>
        <w:pStyle w:val="PromptBody"/>
      </w:pPr>
      <w:r>
        <w:t>Aspect ratio: vertical 3:4.</w:t>
      </w:r>
    </w:p>
    <w:p>
      <w:r>
        <w:br w:type="page"/>
      </w:r>
    </w:p>
    <w:p>
      <w:pPr>
        <w:pStyle w:val="Heading1"/>
      </w:pPr>
      <w:r>
        <w:t>08 — Orange Sculptural Fashion Campaign with Raised Arms</w:t>
      </w:r>
    </w:p>
    <w:p>
      <w:pPr>
        <w:shd w:fill="F6F6F6"/>
        <w:ind w:left="144" w:right="144"/>
      </w:pPr>
      <w:r>
        <w:rPr>
          <w:i/>
          <w:color w:val="5A5A5A"/>
          <w:sz w:val="17"/>
        </w:rPr>
        <w:t>Copy/paste prompt — replace only product-specific references with your uploaded product.</w:t>
      </w:r>
    </w:p>
    <w:p>
      <w:pPr>
        <w:pStyle w:val="PromptBody"/>
      </w:pPr>
      <w:r>
        <w:t>Create a premium editorial perfume/beauty campaign image inspired by the reference, replacing the reference bottle with my uploaded product.</w:t>
      </w:r>
    </w:p>
    <w:p>
      <w:pPr>
        <w:pStyle w:val="PromptBody"/>
      </w:pPr>
      <w:r>
        <w:t>Maintain the same dramatic fashion pose, camera angle, crop, body position, hand placement, facial expression, lighting direction, monochromatic environment and sculptural editorial mood.</w:t>
      </w:r>
    </w:p>
    <w:p>
      <w:pPr>
        <w:pStyle w:val="PromptBody"/>
      </w:pPr>
      <w:r>
        <w:t>The model stands in a slightly curved fashion-forward pose, body angled subtly to the side while the face turns toward the camera. Both arms are raised above and around the head, creating a strong geometric frame.</w:t>
      </w:r>
    </w:p>
    <w:p>
      <w:pPr>
        <w:pStyle w:val="PromptBody"/>
      </w:pPr>
      <w:r>
        <w:rPr>
          <w:b/>
        </w:rPr>
        <w:t>POSE:</w:t>
      </w:r>
      <w:r>
        <w:t xml:space="preserve"> one arm curves over the top of the head; opposite arm rises diagonally from the right side; wrists cross/meet near the upper-right area; product is held close to the hands near the top-right of the frame; shoulders and torso create a subtle S-curve; model remains centered slightly left; product remains clearly visible in the upper-right quadrant.</w:t>
      </w:r>
    </w:p>
    <w:p>
      <w:pPr>
        <w:pStyle w:val="PromptBody"/>
      </w:pPr>
      <w:r>
        <w:rPr>
          <w:b/>
        </w:rPr>
        <w:t>HANDS &amp; FINGERS:</w:t>
      </w:r>
      <w:r>
        <w:t xml:space="preserve"> preserve natural finger lengths/proportions, elegant spacing, realistic knuckles, subtle veins, nail beds/cuticles, natural wrist bends, accurate grip and no extra or merged fingers. The product should be lightly and naturally held without hiding important branding.</w:t>
      </w:r>
    </w:p>
    <w:p>
      <w:pPr>
        <w:pStyle w:val="PromptBody"/>
      </w:pPr>
      <w:r>
        <w:t>Replace the reference perfume with my uploaded product. Preserve exact dimensions, packaging proportions, cap/pump/dropper/lid, label placement, logo, typography, branding, material, transparency, surface finish, original colors and distinctive structural details. Do not redesign it.</w:t>
      </w:r>
    </w:p>
    <w:p>
      <w:pPr>
        <w:pStyle w:val="PromptBody"/>
      </w:pPr>
      <w:r>
        <w:t>Model details: warm natural skin tone, visible pores, subtle peach fuzz, softly defined cheekbones, realistic lips, slightly parted mouth, natural nose structure, strong brows, short tousled dark hair / wet textured curls, confident slightly mysterious expression, eyes toward camera.</w:t>
      </w:r>
    </w:p>
    <w:p>
      <w:pPr>
        <w:pStyle w:val="PromptBody"/>
      </w:pPr>
      <w:r>
        <w:t>Styling: flowing asymmetric fashion garment with marble-like, abstract or organic print; one exposed shoulder/arm; voluminous loose sleeve on opposite side; soft flowing fabric; natural wrinkles and realistic cloth texture. Minimal metallic jewelry: sculptural earrings and slim bracelet/bangle.</w:t>
      </w:r>
    </w:p>
    <w:p>
      <w:pPr>
        <w:pStyle w:val="PromptBody"/>
      </w:pPr>
      <w:r>
        <w:t>Lighting is critical: saturated warm ambient light, strong golden rim light from right/back, bright edge illumination around hands, arms, hair, clothing and product, deeper warm shadows on the opposite side, subtle product glow, cinematic high contrast without clipping details.</w:t>
      </w:r>
    </w:p>
    <w:p>
      <w:pPr>
        <w:pStyle w:val="PromptBody"/>
      </w:pPr>
      <w:r>
        <w:rPr>
          <w:b/>
        </w:rPr>
        <w:t>BACKGROUND ADAPTATION:</w:t>
      </w:r>
      <w:r>
        <w:t xml:space="preserve"> Start from the reference’s burnt-orange/amber/terracotta mood, but adapt the dominant monochromatic background hue to complement the uploaded product. For example, blue product → cobalt/teal; pink product → magenta/rose; green product → olive/acid green; black product → charcoal/bronze; white product → warm ivory/gold. Preserve the same dramatic rim-light structure.</w:t>
      </w:r>
    </w:p>
    <w:p>
      <w:pPr>
        <w:pStyle w:val="PromptBody"/>
      </w:pPr>
      <w:r>
        <w:t>Camera: medium fashion portrait, approximately 50–70mm lens feel, eye-level or slightly lower, moderate depth of field, model and product both readable.</w:t>
      </w:r>
    </w:p>
    <w:p>
      <w:pPr>
        <w:pStyle w:val="PromptBody"/>
      </w:pPr>
      <w:r>
        <w:t>Composition: generous negative space across the upper area, model occupying roughly 70–80% of image height, product integrated into the raised-arm composition.</w:t>
      </w:r>
    </w:p>
    <w:p>
      <w:pPr>
        <w:pStyle w:val="PromptBody"/>
      </w:pPr>
      <w:r>
        <w:t>Do not add any extra typography or logos unless already present on the uploaded product.</w:t>
      </w:r>
    </w:p>
    <w:p>
      <w:pPr>
        <w:pStyle w:val="PromptBody"/>
      </w:pPr>
      <w:r>
        <w:t>Avoid: distorted hands, extra fingers, floating product, warped packaging, unreadable branding, incorrect proportions, plastic skin, oversaturated skin, crushed shadows, excessive bloom, generic pose, flat lighting or changed camera angle.</w:t>
      </w:r>
    </w:p>
    <w:p>
      <w:pPr>
        <w:pStyle w:val="PromptBody"/>
      </w:pPr>
      <w:r>
        <w:t>Aspect ratio: vertical 3:4.</w:t>
      </w:r>
    </w:p>
    <w:p>
      <w:r>
        <w:br w:type="page"/>
      </w:r>
    </w:p>
    <w:p>
      <w:pPr>
        <w:pStyle w:val="Heading1"/>
      </w:pPr>
      <w:r>
        <w:t>09 — Thorn Stem + Copper Wire Product Still Life</w:t>
      </w:r>
    </w:p>
    <w:p>
      <w:pPr>
        <w:shd w:fill="F6F6F6"/>
        <w:ind w:left="144" w:right="144"/>
      </w:pPr>
      <w:r>
        <w:rPr>
          <w:i/>
          <w:color w:val="5A5A5A"/>
          <w:sz w:val="17"/>
        </w:rPr>
        <w:t>Copy/paste prompt — replace only product-specific references with your uploaded product.</w:t>
      </w:r>
    </w:p>
    <w:p>
      <w:pPr>
        <w:pStyle w:val="PromptBody"/>
      </w:pPr>
      <w:r>
        <w:t>Create a premium conceptual fragrance/product still-life campaign inspired by the reference, replacing the reference bottle with my uploaded product.</w:t>
      </w:r>
    </w:p>
    <w:p>
      <w:pPr>
        <w:pStyle w:val="PromptBody"/>
      </w:pPr>
      <w:r>
        <w:t>Maintain the same camera angle, diagonal composition, suspended-object feeling, white background, thorny botanical stem, metallic wire interaction and minimalist luxury aesthetic.</w:t>
      </w:r>
    </w:p>
    <w:p>
      <w:pPr>
        <w:pStyle w:val="PromptBody"/>
      </w:pPr>
      <w:r>
        <w:t>Place my uploaded product slightly right of center, tilted diagonally so the top/cap points toward the upper-right and the base toward the lower-left. Keep the product at a similar scale and perspective to the reference.</w:t>
      </w:r>
    </w:p>
    <w:p>
      <w:pPr>
        <w:pStyle w:val="PromptBody"/>
      </w:pPr>
      <w:r>
        <w:t>Preserve exact packaging shape and proportions, cap/pump/dropper structure, logo and typography, label position, colors, transparent/frosted/glossy material, surface reflections and all branding details.</w:t>
      </w:r>
    </w:p>
    <w:p>
      <w:pPr>
        <w:pStyle w:val="PromptBody"/>
      </w:pPr>
      <w:r>
        <w:rPr>
          <w:b/>
        </w:rPr>
        <w:t>THORN STEM:</w:t>
      </w:r>
      <w:r>
        <w:t xml:space="preserve"> Add one long realistic green thorn-covered stem running diagonally from the bottom-left toward the upper-right, passing naturally in front of and beside the product. Use realistic fibrous plant texture, natural green tonal variation, subtle moisture, sharp reddish-brown thorns, irregular spacing, imperfections, natural bends and believable thickness. It should partially occlude the product without covering key branding.</w:t>
      </w:r>
    </w:p>
    <w:p>
      <w:pPr>
        <w:pStyle w:val="PromptBody"/>
      </w:pPr>
      <w:r>
        <w:rPr>
          <w:b/>
        </w:rPr>
        <w:t>METALLIC WIRE:</w:t>
      </w:r>
      <w:r>
        <w:t xml:space="preserve"> Wrap a very thin copper/rose-gold metallic wire loosely around the product and thorn stem. Let wire loops surround the lower and middle product, cross diagonally in front, and extend in several loose curves outside the product. Use realistic tension, bends, metallic reflections and tiny contact shadows wherever wire touches product or stem.</w:t>
      </w:r>
    </w:p>
    <w:p>
      <w:pPr>
        <w:pStyle w:val="PromptBody"/>
      </w:pPr>
      <w:r>
        <w:t>The product should appear caught or suspended between the botanical stem and wire. Create realistic contact shadows, reflections, occlusion, slight pressure points and correct depth ordering. Nothing should look pasted together.</w:t>
      </w:r>
    </w:p>
    <w:p>
      <w:pPr>
        <w:pStyle w:val="PromptBody"/>
      </w:pPr>
      <w:r>
        <w:t>Camera: straight-on product-photography viewpoint with subtle top/front angle, 50–85mm commercial product lens feel. Keep diagonal product, strong opposite stem diagonal, wire curves and lots of clean negative space.</w:t>
      </w:r>
    </w:p>
    <w:p>
      <w:pPr>
        <w:pStyle w:val="PromptBody"/>
      </w:pPr>
      <w:r>
        <w:t>Lighting: bright soft studio lighting on seamless white background; crisp but soft-edged shadows, clean product reflections, controlled highlights, realistic refraction if transparent, realistic shine on wire and visible stem texture. One large diffused key from upper-left/front plus gentle fill.</w:t>
      </w:r>
    </w:p>
    <w:p>
      <w:pPr>
        <w:pStyle w:val="PromptBody"/>
      </w:pPr>
      <w:r>
        <w:t>Background: pure or slightly warm off-white seamless studio background. No props other than stem and wire.</w:t>
      </w:r>
    </w:p>
    <w:p>
      <w:pPr>
        <w:pStyle w:val="PromptBody"/>
      </w:pPr>
      <w:r>
        <w:t>Overall aesthetic: high-end niche fragrance campaign, conceptual editorial still life, botanical tension, minimalist luxury, modern art direction, premium commercial photography, slightly surreal but physically believable.</w:t>
      </w:r>
    </w:p>
    <w:p>
      <w:pPr>
        <w:pStyle w:val="PromptBody"/>
      </w:pPr>
      <w:r>
        <w:t>Avoid: fake plastic plant texture, oversized thorns, floating wire, messy loops, warped product, unreadable branding, incorrect packaging proportions, excessive shadows, colored background, random flowers or extra decorative objects.</w:t>
      </w:r>
    </w:p>
    <w:p>
      <w:pPr>
        <w:pStyle w:val="PromptBody"/>
      </w:pPr>
      <w:r>
        <w:t>Aspect ratio: vertical 3:4.</w:t>
      </w:r>
    </w:p>
    <w:p>
      <w:r>
        <w:br w:type="page"/>
      </w:r>
    </w:p>
    <w:p>
      <w:pPr>
        <w:pStyle w:val="Heading1"/>
      </w:pPr>
      <w:r>
        <w:t>10 — Pink Curly-Hair Beauty Editorial Holding Product</w:t>
      </w:r>
    </w:p>
    <w:p>
      <w:pPr>
        <w:shd w:fill="F6F6F6"/>
        <w:ind w:left="144" w:right="144"/>
      </w:pPr>
      <w:r>
        <w:rPr>
          <w:i/>
          <w:color w:val="5A5A5A"/>
          <w:sz w:val="17"/>
        </w:rPr>
        <w:t>Copy/paste prompt — replace only product-specific references with your uploaded product.</w:t>
      </w:r>
    </w:p>
    <w:p>
      <w:pPr>
        <w:pStyle w:val="PromptBody"/>
      </w:pPr>
      <w:r>
        <w:t>Create a premium fashion-beauty editorial product campaign inspired by the reference.</w:t>
      </w:r>
    </w:p>
    <w:p>
      <w:pPr>
        <w:pStyle w:val="PromptBody"/>
      </w:pPr>
      <w:r>
        <w:t>Maintain the same close-up portrait framing, slightly low eye-level camera angle, monochromatic palette, arm positions, facial expression, hand placement, jewelry, curly hairstyle and overall Gen-Z luxury beauty aesthetic.</w:t>
      </w:r>
    </w:p>
    <w:p>
      <w:pPr>
        <w:pStyle w:val="PromptBody"/>
      </w:pPr>
      <w:r>
        <w:t>Show a young female model from roughly the chest upward, centered in frame, with her body angled slightly while her face turns toward the camera.</w:t>
      </w:r>
    </w:p>
    <w:p>
      <w:pPr>
        <w:pStyle w:val="PromptBody"/>
      </w:pPr>
      <w:r>
        <w:rPr>
          <w:b/>
        </w:rPr>
        <w:t>POSE:</w:t>
      </w:r>
      <w:r>
        <w:t xml:space="preserve"> one arm raised above the head; raised hand holding a small playful prop near the hair; opposite hand positioned beside the cheek; my uploaded product hanging vertically from the lower hand; shoulders relaxed; face centered; confident editorial gaze toward camera.</w:t>
      </w:r>
    </w:p>
    <w:p>
      <w:pPr>
        <w:pStyle w:val="PromptBody"/>
      </w:pPr>
      <w:r>
        <w:rPr>
          <w:b/>
        </w:rPr>
        <w:t>PRODUCT:</w:t>
      </w:r>
      <w:r>
        <w:t xml:space="preserve"> Replace the reference cosmetic bottle with my uploaded product. It should hang naturally from the model’s fingers near the right side of her face/chest. Preserve exact shape, dimensions, cap/pump/dropper/lid, branding, typography, label placement, packaging color, transparency/frosting, material, surface texture and proportions. Keep the main logo/front face visible toward camera. Fingers should lightly hold the product from the cap/top section so the bottle/body hangs vertically.</w:t>
      </w:r>
    </w:p>
    <w:p>
      <w:pPr>
        <w:pStyle w:val="PromptBody"/>
      </w:pPr>
      <w:r>
        <w:rPr>
          <w:b/>
        </w:rPr>
        <w:t>HANDS &amp; FINGERS:</w:t>
      </w:r>
      <w:r>
        <w:t xml:space="preserve"> natural finger lengths, relaxed finger curl, realistic joints and knuckles, visible skin creases, natural cuticles, correct nail beds, elegant manicure, no extra/fused fingers. The product-holding hand must look physically believable, with the bottle’s weight naturally affecting the fingers.</w:t>
      </w:r>
    </w:p>
    <w:p>
      <w:pPr>
        <w:pStyle w:val="PromptBody"/>
      </w:pPr>
      <w:r>
        <w:t>Raised-hand prop: use a realistic fruit/object whose color complements the uploaded product—e.g., strawberry, cherry, citrus, grape, flower bud or sculptural accessory. Keep it secondary to the hero product.</w:t>
      </w:r>
    </w:p>
    <w:p>
      <w:pPr>
        <w:pStyle w:val="PromptBody"/>
      </w:pPr>
      <w:r>
        <w:t>Model details: short voluminous dark curly bob, visible individual curls/flyaways, defined natural brows, realistic eyes/lashes, natural nose shape, full glossy lips, subtle cheek blush, realistic skin pores, fine peach fuzz, natural under-eye texture, warm highlights and soft confident expression.</w:t>
      </w:r>
    </w:p>
    <w:p>
      <w:pPr>
        <w:pStyle w:val="PromptBody"/>
      </w:pPr>
      <w:r>
        <w:t>Jewelry: chunky gold hoop earrings, thin gold chain necklace, one or two minimal gold rings. Keep realistic metallic reflections.</w:t>
      </w:r>
    </w:p>
    <w:p>
      <w:pPr>
        <w:pStyle w:val="PromptBody"/>
      </w:pPr>
      <w:r>
        <w:t>Outfit: oversized button-down shirt in a color adapted to the uploaded product palette. Maintain realistic cotton texture, visible weave, natural wrinkles, shirt buttons, loose sleeve folds and slightly oversized silhouette.</w:t>
      </w:r>
    </w:p>
    <w:p>
      <w:pPr>
        <w:pStyle w:val="PromptBody"/>
      </w:pPr>
      <w:r>
        <w:t>Lighting: soft premium studio beauty lighting—diffused frontal key, subtle warm highlights on skin, controlled lip shine, delicate jewelry reflections, clean product illumination, soft jaw shadow, slight edge light separating curls from background.</w:t>
      </w:r>
    </w:p>
    <w:p>
      <w:pPr>
        <w:pStyle w:val="PromptBody"/>
      </w:pPr>
      <w:r>
        <w:rPr>
          <w:b/>
        </w:rPr>
        <w:t>BACKGROUND ADAPTATION:</w:t>
      </w:r>
      <w:r>
        <w:t xml:space="preserve"> Use a seamless monochromatic studio background derived from the product palette. Keep the same tonal-family styling between background and shirt, allowing the product and face to stand out.</w:t>
      </w:r>
    </w:p>
    <w:p>
      <w:pPr>
        <w:pStyle w:val="PromptBody"/>
      </w:pPr>
      <w:r>
        <w:t>Camera: medium-close beauty portrait, approximately 70–85mm lens feel, shallow-to-moderate depth of field; face, product and hands detailed, background smooth.</w:t>
      </w:r>
    </w:p>
    <w:p>
      <w:pPr>
        <w:pStyle w:val="PromptBody"/>
      </w:pPr>
      <w:r>
        <w:t>Overall aesthetic: luxury Gen-Z beauty campaign, fashion magazine editorial, premium skincare/perfume advertising, playful art direction, glossy modern beauty photography, realistic skin and fabric, highly polished but natural.</w:t>
      </w:r>
    </w:p>
    <w:p>
      <w:pPr>
        <w:pStyle w:val="PromptBody"/>
      </w:pPr>
      <w:r>
        <w:t>Avoid: extra fingers, awkward wrists, distorted curls, warped face, plastic skin, unreadable branding, incorrect product size, floating bottle, oversized jewelry, generic pose or flat lighting.</w:t>
      </w:r>
    </w:p>
    <w:p>
      <w:pPr>
        <w:pStyle w:val="PromptBody"/>
      </w:pPr>
      <w:r>
        <w:t>Aspect ratio: vertical 3:4.</w:t>
      </w:r>
    </w:p>
    <w:p>
      <w:r>
        <w:br w:type="page"/>
      </w:r>
    </w:p>
    <w:p>
      <w:pPr>
        <w:pStyle w:val="Heading1"/>
      </w:pPr>
      <w:r>
        <w:t>11 — Dramatic Hand-held Product with Adaptive Background</w:t>
      </w:r>
    </w:p>
    <w:p>
      <w:pPr>
        <w:shd w:fill="F6F6F6"/>
        <w:ind w:left="144" w:right="144"/>
      </w:pPr>
      <w:r>
        <w:rPr>
          <w:i/>
          <w:color w:val="5A5A5A"/>
          <w:sz w:val="17"/>
        </w:rPr>
        <w:t>Copy/paste prompt — replace only product-specific references with your uploaded product.</w:t>
      </w:r>
    </w:p>
    <w:p>
      <w:pPr>
        <w:pStyle w:val="PromptBody"/>
      </w:pPr>
      <w:r>
        <w:t>Create a premium editorial hand-held product image inspired by the reference.</w:t>
      </w:r>
    </w:p>
    <w:p>
      <w:pPr>
        <w:pStyle w:val="PromptBody"/>
      </w:pPr>
      <w:r>
        <w:t>Maintain the same camera angle, framing, hand pose, finger position, nail styling, grip structure, dramatic lighting and sculptural product presentation.</w:t>
      </w:r>
    </w:p>
    <w:p>
      <w:pPr>
        <w:pStyle w:val="PromptBody"/>
      </w:pPr>
      <w:r>
        <w:t>Show a single feminine hand rising diagonally from the bottom-left corner, holding my uploaded product delicately between the fingers. The hand should feel elegant and slightly tense, with a graceful editorial pose.</w:t>
      </w:r>
    </w:p>
    <w:p>
      <w:pPr>
        <w:pStyle w:val="PromptBody"/>
      </w:pPr>
      <w:r>
        <w:rPr>
          <w:b/>
        </w:rPr>
        <w:t>CRITICAL HAND PRESERVATION:</w:t>
      </w:r>
      <w:r>
        <w:t xml:space="preserve"> Maintain the reference hand as closely as possible—same hand orientation, wrist angle, palm rotation, finger spread, finger curvature, thumb position, index finger angle, middle finger position, ring finger placement, little finger pose, spacing between fingers, grip pressure around product, elegant tension and overall hand silhouette. Do not simplify or change the pose.</w:t>
      </w:r>
    </w:p>
    <w:p>
      <w:pPr>
        <w:pStyle w:val="PromptBody"/>
      </w:pPr>
      <w:r>
        <w:t>Preserve realistic anatomy: correct five-finger anatomy, natural finger lengths and proportions, realistic knuckles and joints, visible tendons, subtle veins, natural creases on fingers and palm, realistic pores, fine skin texture, natural cuticles, nail beds, slight skin compression where fingers touch the product, and realistic contact shadows between fingers and packaging.</w:t>
      </w:r>
    </w:p>
    <w:p>
      <w:pPr>
        <w:pStyle w:val="PromptBody"/>
      </w:pPr>
      <w:r>
        <w:t>The product must look physically supported by the fingers, never floating.</w:t>
      </w:r>
    </w:p>
    <w:p>
      <w:pPr>
        <w:pStyle w:val="PromptBody"/>
      </w:pPr>
      <w:r>
        <w:rPr>
          <w:b/>
        </w:rPr>
        <w:t>NAILS:</w:t>
      </w:r>
      <w:r>
        <w:t xml:space="preserve"> extra-long stiletto nails, sharp tapered tips, translucent nude base with smoky black/dark gradient tips, glossy finish, realistic nail thickness, subtle reflections, consistent length and direction. Do not create bent, duplicated, melted or uneven nails.</w:t>
      </w:r>
    </w:p>
    <w:p>
      <w:pPr>
        <w:pStyle w:val="PromptBody"/>
      </w:pPr>
      <w:r>
        <w:t>Optional finger styling: keep small minimal finger tattoos and very subtle shimmer/micro-glitter particles if they remain believable and do not distract from the product.</w:t>
      </w:r>
    </w:p>
    <w:p>
      <w:pPr>
        <w:pStyle w:val="PromptBody"/>
      </w:pPr>
      <w:r>
        <w:t>Replace the reference bottle with my uploaded product. Preserve exact package shape, proportions, dimensions, cap/lid/pump/dropper structure, label placement, logo, typography, colors, transparency, material, finish and all branding details. Position the product at approximately the same height and angle as the reference while adapting the grip naturally to the actual product shape.</w:t>
      </w:r>
    </w:p>
    <w:p>
      <w:pPr>
        <w:pStyle w:val="PromptBody"/>
      </w:pPr>
      <w:r>
        <w:rPr>
          <w:b/>
        </w:rPr>
        <w:t>BACKGROUND ADAPTATION:</w:t>
      </w:r>
      <w:r>
        <w:t xml:space="preserve"> Change the background according to the uploaded product palette. Use a smooth premium studio gradient derived from the product: green → olive/chartreuse/moss; blue → aqua/icy blue/steel blue; pink → blush/dusty rose; red → berry/burgundy; orange → amber/peach; purple → lavender/plum; black → charcoal/smoky neutral; white → ivory/pearl grey. Keep the area directly behind the product slightly brighter and the edges darker for depth.</w:t>
      </w:r>
    </w:p>
    <w:p>
      <w:pPr>
        <w:pStyle w:val="PromptBody"/>
      </w:pPr>
      <w:r>
        <w:t>Lighting: strong directional key from upper-left/front, bright highlights across product edges, sculptural highlights along fingers and nails, deep controlled shadows between fingers, realistic packaging reflections, rich contrast and slight glow behind the hero product.</w:t>
      </w:r>
    </w:p>
    <w:p>
      <w:pPr>
        <w:pStyle w:val="PromptBody"/>
      </w:pPr>
      <w:r>
        <w:t>Composition: vertical 3:4; hand enters from bottom-left; product placed upper-middle; clean negative space around product; strong editorial silhouette; product and fingers in sharp focus.</w:t>
      </w:r>
    </w:p>
    <w:p>
      <w:pPr>
        <w:pStyle w:val="PromptBody"/>
      </w:pPr>
      <w:r>
        <w:t>Overall aesthetic: luxury beauty/fragrance campaign, high-fashion product photography, moody editorial studio image, realistic skin, dramatic hand styling, premium commercial finish.</w:t>
      </w:r>
    </w:p>
    <w:p>
      <w:pPr>
        <w:pStyle w:val="PromptBody"/>
      </w:pPr>
      <w:r>
        <w:t>Very important: do not alter the hand pose or finger geometry. The hand silhouette, finger angles, spacing, grip, nails, wrist angle and contact with the product must remain visually consistent with the reference.</w:t>
      </w:r>
    </w:p>
    <w:p>
      <w:pPr>
        <w:pStyle w:val="PromptBody"/>
      </w:pPr>
      <w:r>
        <w:t>Avoid: extra fingers, missing fingers, fused fingers, broken joints, bent nails, inconsistent nail length, warped hand anatomy, floating product, incorrect grip, plastic skin, unreadable branding or changed camera angle.</w:t>
      </w:r>
    </w:p>
    <w:p>
      <w:r>
        <w:br w:type="page"/>
      </w:r>
    </w:p>
    <w:p>
      <w:pPr>
        <w:pStyle w:val="Heading1"/>
      </w:pPr>
      <w:r>
        <w:t>Reusable Product Accuracy Block</w:t>
      </w:r>
    </w:p>
    <w:p>
      <w:pPr>
        <w:pStyle w:val="PromptBody"/>
        <w:shd w:fill="FFF2F5"/>
      </w:pPr>
      <w:r>
        <w:rPr>
          <w:b/>
        </w:rPr>
        <w:t>Preserve my uploaded product exactly: exact silhouette, width-to-height ratio, thickness, cap/pump/dropper/lid geometry, label placement, logo, typography, graphics, colors, materials, transparency, gloss/matte/frosted finish, reflections, seams, embossing, UV details, and all visible branding. Do not stretch, redesign, simplify, duplicate, add text, change label hierarchy, alter cap size, or invent details. Keep the product physically believable in the scene with correct scale, contact shadows, occlusion and perspective. Important branding must remain legible and undistorted.</w:t>
      </w:r>
    </w:p>
    <w:p>
      <w:pPr>
        <w:pStyle w:val="Heading1"/>
      </w:pPr>
      <w:r>
        <w:t>Reusable Human Realism Block</w:t>
      </w:r>
    </w:p>
    <w:p>
      <w:pPr>
        <w:pStyle w:val="PromptBody"/>
        <w:shd w:fill="F4F8FF"/>
      </w:pPr>
      <w:r>
        <w:t>Maintain natural skin tone and anatomy. Preserve pores, fine lines, peach fuzz, realistic under-eye texture, lip texture, eyelid folds, iris detail, knuckles, tendons, veins, cuticles and nail beds. Keep exactly five fingers per hand with anatomically correct joints, natural spacing and believable grip/contact. Avoid waxy skin, extra fingers, fused fingers, malformed nails, impossible wrist bends, warped facial features or overly airbrushed texture.</w:t>
      </w:r>
    </w:p>
    <w:p>
      <w:pPr>
        <w:pStyle w:val="Heading1"/>
      </w:pPr>
      <w:r>
        <w:t>Quick Usage Note</w:t>
      </w:r>
    </w:p>
    <w:p>
      <w:pPr>
        <w:pStyle w:val="PromptBody"/>
        <w:ind w:left="230" w:hanging="144"/>
      </w:pPr>
      <w:r>
        <w:t>• Upload the product image and the visual reference together whenever your image tool supports multiple references.</w:t>
      </w:r>
    </w:p>
    <w:p>
      <w:pPr>
        <w:pStyle w:val="PromptBody"/>
        <w:ind w:left="230" w:hanging="144"/>
      </w:pPr>
      <w:r>
        <w:t>• Use the reference primarily for pose, camera angle, lighting, composition and material mood; use the uploaded product as the authority for packaging.</w:t>
      </w:r>
    </w:p>
    <w:p>
      <w:pPr>
        <w:pStyle w:val="PromptBody"/>
        <w:ind w:left="230" w:hanging="144"/>
      </w:pPr>
      <w:r>
        <w:t>• If text fidelity is critical, generate the image first and consider a second product-replacement/inpainting pass focused only on the label area.</w:t>
      </w:r>
    </w:p>
    <w:p>
      <w:pPr>
        <w:pStyle w:val="PromptBody"/>
        <w:ind w:left="230" w:hanging="144"/>
      </w:pPr>
      <w:r>
        <w:t>• For campaign consistency, keep the same model, lens feel, lighting direction and color-management language across a series.</w:t>
      </w:r>
    </w:p>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78787"/>
        <w:sz w:val="15"/>
      </w:rPr>
      <w:t>Product Replacement / Image Generation Prompt Library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787878"/>
        <w:sz w:val="15"/>
      </w:rPr>
      <w:t>GLOBAL PRODUCT PROMPT PACK  •  DIGITALARNAB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40"/>
      <w:outlineLvl w:val="0"/>
    </w:pPr>
    <w:rPr>
      <w:rFonts w:asciiTheme="majorHAnsi" w:eastAsiaTheme="majorEastAsia" w:hAnsiTheme="majorHAnsi" w:cstheme="majorBidi" w:ascii="Aptos Display" w:hAnsi="Aptos Display"/>
      <w:b/>
      <w:bCs/>
      <w:color w:val="111111"/>
      <w:sz w:val="34"/>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ascii="Aptos" w:hAnsi="Aptos"/>
      <w:b/>
      <w:bCs/>
      <w:color w:val="55555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11111"/>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Body">
    <w:name w:val="Prompt Body"/>
    <w:pPr>
      <w:spacing w:after="80" w:line="247" w:lineRule="auto"/>
    </w:pPr>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Product Image Generation Prompts</dc:title>
  <dc:subject>Reusable product replacement and campaign image prompts</dc:subject>
  <dc:creator>Digital Arnab</dc:creator>
  <cp:keywords/>
  <dc:description>generated by python-docx</dc:description>
  <cp:lastModifiedBy/>
  <cp:revision>1</cp:revision>
  <dcterms:created xsi:type="dcterms:W3CDTF">2013-12-23T23:15:00Z</dcterms:created>
  <dcterms:modified xsi:type="dcterms:W3CDTF">2013-12-23T23:15:00Z</dcterms:modified>
  <cp:category/>
</cp:coreProperties>
</file>