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pStyle w:val="Title"/>
        <w:jc w:val="center"/>
      </w:pPr>
      <w:r>
        <w:t>Product Replacement Image Generation Prompts</w:t>
      </w:r>
    </w:p>
    <w:p>
      <w:pPr>
        <w:jc w:val="center"/>
      </w:pPr>
      <w:r>
        <w:rPr>
          <w:b/>
          <w:color w:val="4B4B4B"/>
          <w:sz w:val="30"/>
        </w:rPr>
        <w:t>Ten Luxury Advertising Concepts</w:t>
      </w:r>
    </w:p>
    <w:p>
      <w:pPr>
        <w:spacing w:before="440"/>
        <w:ind w:left="1152" w:right="1152"/>
        <w:jc w:val="center"/>
      </w:pPr>
      <w:r>
        <w:rPr>
          <w:color w:val="373737"/>
          <w:sz w:val="23"/>
        </w:rPr>
        <w:t>A ready-to-use collection for replacing a reference product while preserving packaging, camera perspective, human detail, materials, lighting, and campaign styling.</w:t>
      </w:r>
    </w:p>
    <w:p>
      <w:pPr>
        <w:spacing w:before="680"/>
        <w:jc w:val="center"/>
      </w:pPr>
      <w:r>
        <w:rPr>
          <w:b/>
          <w:color w:val="785A2D"/>
          <w:sz w:val="21"/>
        </w:rPr>
        <w:t>Prepared for Digital Arnab</w:t>
      </w:r>
    </w:p>
    <w:p>
      <w:r>
        <w:br w:type="page"/>
      </w:r>
    </w:p>
    <w:p>
      <w:pPr>
        <w:pStyle w:val="Heading1"/>
      </w:pPr>
      <w:r>
        <w:t>How to Use This Prompt Collection</w:t>
      </w:r>
    </w:p>
    <w:p>
      <w:pPr>
        <w:spacing w:after="180"/>
      </w:pPr>
      <w:r>
        <w:t>Upload the reference image and your product image together, then paste the matching prompt into your image-generation tool. For the strongest product fidelity, use a clean front-facing product reference with readable branding and minimal perspective distortion.</w:t>
      </w:r>
    </w:p>
    <w:p>
      <w:r>
        <w:rPr>
          <w:b/>
        </w:rPr>
        <w:t xml:space="preserve">Important product rule  </w:t>
      </w:r>
      <w:r>
        <w:t>The uploaded product is the source of truth. Preserve its geometry, label, logo, color, material finish, cap, and printed details. The environment and pose may adapt to the product, but the packaging must not be redesigned.</w:t>
      </w:r>
    </w:p>
    <w:p>
      <w:pPr>
        <w:pStyle w:val="Heading2"/>
      </w:pPr>
      <w:r>
        <w:t>Contents</w:t>
      </w:r>
    </w:p>
    <w:p>
      <w:pPr>
        <w:pStyle w:val="ListNumber"/>
        <w:spacing w:after="60"/>
      </w:pPr>
      <w:r>
        <w:t>Burgundy Stone Balance Product Shot</w:t>
      </w:r>
    </w:p>
    <w:p>
      <w:pPr>
        <w:pStyle w:val="ListNumber"/>
        <w:spacing w:after="60"/>
      </w:pPr>
      <w:r>
        <w:t>Dark Skin Hand and Checkerboard Product Shot</w:t>
      </w:r>
    </w:p>
    <w:p>
      <w:pPr>
        <w:pStyle w:val="ListNumber"/>
        <w:spacing w:after="60"/>
      </w:pPr>
      <w:r>
        <w:t>Pastel Bird and Botanical Product Scene</w:t>
      </w:r>
    </w:p>
    <w:p>
      <w:pPr>
        <w:pStyle w:val="ListNumber"/>
        <w:spacing w:after="60"/>
      </w:pPr>
      <w:r>
        <w:t>Flowers Stone and Pastel Sky Product Shot</w:t>
      </w:r>
    </w:p>
    <w:p>
      <w:pPr>
        <w:pStyle w:val="ListNumber"/>
        <w:spacing w:after="60"/>
      </w:pPr>
      <w:r>
        <w:t>Dreamy Motion Blur Floral Product Shot</w:t>
      </w:r>
    </w:p>
    <w:p>
      <w:pPr>
        <w:pStyle w:val="ListNumber"/>
        <w:spacing w:after="60"/>
      </w:pPr>
      <w:r>
        <w:t>Backless Black Dress Model Product Portrait</w:t>
      </w:r>
    </w:p>
    <w:p>
      <w:pPr>
        <w:pStyle w:val="ListNumber"/>
        <w:spacing w:after="60"/>
      </w:pPr>
      <w:r>
        <w:t>Crouching Fashion Model Product Campaign</w:t>
      </w:r>
    </w:p>
    <w:p>
      <w:pPr>
        <w:pStyle w:val="ListNumber"/>
        <w:spacing w:after="60"/>
      </w:pPr>
      <w:r>
        <w:t>Leather Travel Bag Product Composition</w:t>
      </w:r>
    </w:p>
    <w:p>
      <w:pPr>
        <w:pStyle w:val="ListNumber"/>
        <w:spacing w:after="60"/>
      </w:pPr>
      <w:r>
        <w:t>Monochromatic Textile Spiral Product Scene</w:t>
      </w:r>
    </w:p>
    <w:p>
      <w:pPr>
        <w:pStyle w:val="ListNumber"/>
        <w:spacing w:after="60"/>
      </w:pPr>
      <w:r>
        <w:t>Sculptural Skin and Product Fine Art Shot</w:t>
      </w:r>
    </w:p>
    <w:p>
      <w:pPr>
        <w:pStyle w:val="Heading1"/>
        <w:pageBreakBefore/>
      </w:pPr>
      <w:r>
        <w:t>1  Burgundy Stone Balance Product Shot</w:t>
      </w:r>
    </w:p>
    <w:p>
      <w:pPr>
        <w:keepNext/>
        <w:spacing w:after="240"/>
      </w:pPr>
      <w:r>
        <w:rPr>
          <w:b/>
          <w:color w:val="233247"/>
          <w:sz w:val="19"/>
        </w:rPr>
        <w:t xml:space="preserve">Aspect ratio  </w:t>
      </w:r>
      <w:r>
        <w:rPr>
          <w:b/>
          <w:color w:val="373737"/>
          <w:sz w:val="21"/>
        </w:rPr>
        <w:t>3 by 4 vertical</w:t>
      </w:r>
    </w:p>
    <w:p>
      <w:pPr>
        <w:pStyle w:val="Heading2"/>
      </w:pPr>
      <w:r>
        <w:t>Image Generation Prompt</w:t>
      </w:r>
    </w:p>
    <w:p>
      <w:r>
        <w:t>Create an ultra-photorealistic luxury product advertisement inspired by the composition of the reference image. Replace the featured bottle with my uploaded product, preserving its exact packaging design, dimensions, proportions, cap, materials, colors, logo, label typography, printed details, embossing, and surface finish. Do not redesign, simplify, distort, or invent any packaging elements. All visible branding must remain sharp, correctly spelled, and fully legible.</w:t>
      </w:r>
    </w:p>
    <w:p>
      <w:r>
        <w:t>Position the product vertically with a subtle elegant tilt, delicately balancing on a smooth, rounded burgundy stone at the lower center of the frame. Add a second smaller stone behind it and one softly cropped foreground stone entering from the bottom-left corner. The product must remain the unmistakable hero, shown at a premium three-quarter front angle with realistic weight and contact.</w:t>
      </w:r>
    </w:p>
    <w:p>
      <w:r>
        <w:t>Use a seamless monochromatic background that transitions from muted dusty rose near the surface to deep wine-red and almost-black burgundy toward the upper-right corner. Create a soft diffused glow behind the product, with gentle atmospheric falloff and abundant negative space above.</w:t>
      </w:r>
    </w:p>
    <w:p>
      <w:r>
        <w:t>Illuminate the scene with cinematic studio lighting from the upper-left: a narrow soft spotlight producing elegant rim highlights, realistic reflections, and controlled specular highlights across the packaging. Add a subtle pink bounce light from below. Preserve natural glass, plastic, metallic, matte, or glossy material behavior based on the uploaded product. Include accurate refraction, transparency, micro-texture, and realistic contact shadows.</w:t>
      </w:r>
    </w:p>
    <w:p>
      <w:r>
        <w:t>The stones should have a refined velvety mineral texture in complementary burgundy tones. Use shallow depth of field while keeping the entire product and its label tack-sharp. Premium skincare or fragrance campaign aesthetic, sophisticated, minimal, sensual, and editorial. Shot using an 85mm commercial product lens, low camera position, high dynamic range, rich tonal depth, physically accurate lighting, professional retouching, ultra-detailed, 8K.</w:t>
      </w:r>
    </w:p>
    <w:p>
      <w:pPr>
        <w:pStyle w:val="Heading2"/>
      </w:pPr>
      <w:r>
        <w:t>Avoid</w:t>
      </w:r>
    </w:p>
    <w:p>
      <w:pPr>
        <w:spacing w:after="0"/>
      </w:pPr>
      <w:r>
        <w:t>Changing the product shape or size, incorrect label text, warped logo, additional products, floating product, extra caps, duplicated objects, artificial reflections, excessive glow, hard clipping, plastic-looking stones, clutter, decorative flowers, water splashes, hands, people, added text, slogans, borders, or watermarks.</w:t>
      </w:r>
    </w:p>
    <w:p>
      <w:pPr>
        <w:pStyle w:val="Heading1"/>
        <w:pageBreakBefore/>
      </w:pPr>
      <w:r>
        <w:t>2  Dark Skin Hand and Checkerboard Product Shot</w:t>
      </w:r>
    </w:p>
    <w:p>
      <w:pPr>
        <w:keepNext/>
        <w:spacing w:after="240"/>
      </w:pPr>
      <w:r>
        <w:rPr>
          <w:b/>
          <w:color w:val="233247"/>
          <w:sz w:val="19"/>
        </w:rPr>
        <w:t xml:space="preserve">Aspect ratio  </w:t>
      </w:r>
      <w:r>
        <w:rPr>
          <w:b/>
          <w:color w:val="373737"/>
          <w:sz w:val="21"/>
        </w:rPr>
        <w:t>4 by 5 vertical</w:t>
      </w:r>
    </w:p>
    <w:p>
      <w:pPr>
        <w:pStyle w:val="Heading2"/>
      </w:pPr>
      <w:r>
        <w:t>Image Generation Prompt</w:t>
      </w:r>
    </w:p>
    <w:p>
      <w:r>
        <w:t>Create an ultra-photorealistic luxury product campaign matching the reference composition. Replace the bottle with my uploaded product, preserving its exact shape, proportions, packaging dimensions, cap, colors, transparent or reflective materials, logo, label typography, embossed details, and every printed element. Keep all branding sharp, correctly spelled, and undistorted.</w:t>
      </w:r>
    </w:p>
    <w:p>
      <w:r>
        <w:t>A dark-skinned female hand enters diagonally from the upper-right corner and delicately holds the product between the thumb and fingers. Match the exact elegant pinching gesture and finger placement while naturally adapting the grip to the uploaded product's shape and size. The product hangs slightly tilted toward the lower-left, fully visible from a three-quarter front angle without covering the logo or important packaging details.</w:t>
      </w:r>
    </w:p>
    <w:p>
      <w:r>
        <w:t>Maintain authentic dark-brown skin with extremely realistic micro-texture: visible pores, fine lines, natural knuckle folds, subtle creases, tiny hairs, realistic tonal variation, and soft specular highlights. No smoothing, plastic skin, or waxy appearance. Fingernails are long, almond-shaped, and painted a muted warm nude-beige. Add two refined gold-and-diamond rings near the upper fingers, with one subtle star-like sparkle.</w:t>
      </w:r>
    </w:p>
    <w:p>
      <w:r>
        <w:t>Maintain the original camera perspective: intimate close-up, slightly low front viewpoint, approximately an 85mm commercial photography lens. Keep the hand and product tack-sharp, with gentle background falloff.</w:t>
      </w:r>
    </w:p>
    <w:p>
      <w:r>
        <w:t>Use a deep charcoal-green studio background with a muted olive glow behind the product. Place a wooden checkerboard surface across the lower frame. Strong directional golden light enters from the upper-left, creating cinematic highlights across the hand and product, realistic reflections through the packaging, and long geometric shadows on the table. Include a dark diagonal background shadow on the right.</w:t>
      </w:r>
    </w:p>
    <w:p>
      <w:r>
        <w:t>Premium fragrance, skincare, or beauty editorial aesthetic; dramatic, sophisticated, minimal, and cinematic. Physically accurate lighting, realistic glass and metal reflections, natural contact shadows, subtle film grain, rich contrast, professional color grading, ultra-detailed 8K commercial photography.</w:t>
      </w:r>
    </w:p>
    <w:p>
      <w:pPr>
        <w:pStyle w:val="Heading2"/>
      </w:pPr>
      <w:r>
        <w:t>Avoid</w:t>
      </w:r>
    </w:p>
    <w:p>
      <w:pPr>
        <w:spacing w:after="0"/>
      </w:pPr>
      <w:r>
        <w:t>Altered product design, incorrect label text, warped logo, resized cap, hidden branding, damaged packaging, extra fingers, fused fingers, unnatural grip, distorted hand anatomy, overly smooth skin, pale skin, short nails, floating product, excessive jewelry, excessive sparkle, duplicated objects, added text, watermark, or border.</w:t>
      </w:r>
    </w:p>
    <w:p>
      <w:pPr>
        <w:pStyle w:val="Heading1"/>
        <w:pageBreakBefore/>
      </w:pPr>
      <w:r>
        <w:t>3  Pastel Bird and Botanical Product Scene</w:t>
      </w:r>
    </w:p>
    <w:p>
      <w:pPr>
        <w:keepNext/>
        <w:spacing w:after="240"/>
      </w:pPr>
      <w:r>
        <w:rPr>
          <w:b/>
          <w:color w:val="233247"/>
          <w:sz w:val="19"/>
        </w:rPr>
        <w:t xml:space="preserve">Aspect ratio  </w:t>
      </w:r>
      <w:r>
        <w:rPr>
          <w:b/>
          <w:color w:val="373737"/>
          <w:sz w:val="21"/>
        </w:rPr>
        <w:t>4 by 5 vertical</w:t>
      </w:r>
    </w:p>
    <w:p>
      <w:pPr>
        <w:pStyle w:val="Heading2"/>
      </w:pPr>
      <w:r>
        <w:t>Image Generation Prompt</w:t>
      </w:r>
    </w:p>
    <w:p>
      <w:r>
        <w:t>Create an ultra-detailed, photorealistic fantasy product advertisement inspired by the reference composition. Replace the central bottle with my uploaded product, preserving its exact shape, dimensions, cap or pump structure, packaging color, logo, label typography, printed text, materials, reflections, and surface finish. Do not redesign, simplify, or distort any part of the product. Keep the branding perfectly sharp, correctly spelled, and fully readable.</w:t>
      </w:r>
    </w:p>
    <w:p>
      <w:r>
        <w:t>Place the product upright at the center of the frame on a small rounded mound covered with lush green moss, delicate grass, and miniature wildflowers. Maintain the same slightly low, straight-on camera angle so the product feels monumental while remaining naturally integrated into the environment.</w:t>
      </w:r>
    </w:p>
    <w:p>
      <w:r>
        <w:t>Surround the product with slender flowering branches that curve gently around the packaging without covering the logo or essential label information. Include tiny pastel flowers in pink, lavender, and soft blue. A graceful pastel-pink songbird flies beside the upper-right side of the product, wings fully extended and individually defined, as if approaching the bottle. Add a second bird softly blurred in the distant lower-left background. Several flower petals float naturally through the air.</w:t>
      </w:r>
    </w:p>
    <w:p>
      <w:r>
        <w:t>Create a dreamy sunrise sky with soft lavender, blush pink, peach, and warm golden clouds. The strongest golden light comes from the lower-right horizon, forming delicate rim lighting around the product, bird, flowers, and moss. Add soft volumetric sunlight, subtle atmospheric haze, and realistic contact shadows.</w:t>
      </w:r>
    </w:p>
    <w:p>
      <w:r>
        <w:t>Use shallow depth of field: the uploaded product, main bird, and nearby blossoms remain tack-sharp, while foreground flowers and distant scenery become softly blurred. Premium botanical skincare campaign, magical realism, luxurious, peaceful, and cinematic. Photorealistic feathers, realistic flower anatomy, detailed moss fibers, natural color transitions, professional advertising photography, 8K detail.</w:t>
      </w:r>
    </w:p>
    <w:p>
      <w:r>
        <w:t>The surrounding color palette should complement the uploaded product while maintaining the dreamy pastel-pink and lavender mood.</w:t>
      </w:r>
    </w:p>
    <w:p>
      <w:pPr>
        <w:pStyle w:val="Heading2"/>
      </w:pPr>
      <w:r>
        <w:t>Avoid</w:t>
      </w:r>
    </w:p>
    <w:p>
      <w:pPr>
        <w:spacing w:after="0"/>
      </w:pPr>
      <w:r>
        <w:t>Altered packaging, incorrect text, warped logo, hidden label, oversized product, damaged edges, floating product, cartoon bird, artificial plastic flowers, excessive bloom, clutter, duplicate product, extra bottles, social-media interface elements, username, icons, captions, promotional text, watermark, or border.</w:t>
      </w:r>
    </w:p>
    <w:p>
      <w:pPr>
        <w:pStyle w:val="Heading1"/>
        <w:pageBreakBefore/>
      </w:pPr>
      <w:r>
        <w:t>4  Flowers Stone and Pastel Sky Product Shot</w:t>
      </w:r>
    </w:p>
    <w:p>
      <w:pPr>
        <w:keepNext/>
        <w:spacing w:after="240"/>
      </w:pPr>
      <w:r>
        <w:rPr>
          <w:b/>
          <w:color w:val="233247"/>
          <w:sz w:val="19"/>
        </w:rPr>
        <w:t xml:space="preserve">Aspect ratio  </w:t>
      </w:r>
      <w:r>
        <w:rPr>
          <w:b/>
          <w:color w:val="373737"/>
          <w:sz w:val="21"/>
        </w:rPr>
        <w:t>4 by 5 vertical</w:t>
      </w:r>
    </w:p>
    <w:p>
      <w:pPr>
        <w:pStyle w:val="Heading2"/>
      </w:pPr>
      <w:r>
        <w:t>Image Generation Prompt</w:t>
      </w:r>
    </w:p>
    <w:p>
      <w:r>
        <w:t>Create an ultra-photorealistic luxury product advertisement matching the reference composition. Replace the central bottle with my uploaded product, preserving its exact packaging shape, dimensions, cap, colors, materials, transparency, liquid color, logo, label typography, and every printed detail. Keep the branding sharp, correctly spelled, and completely legible. Do not redesign or distort the product.</w:t>
      </w:r>
    </w:p>
    <w:p>
      <w:r>
        <w:t>Place the product upright at the center of the frame, photographed from the same dramatic slightly low, close-up frontal camera angle. The product should rise from behind a rugged natural limestone ledge occupying the bottom foreground.</w:t>
      </w:r>
    </w:p>
    <w:p>
      <w:r>
        <w:t>Surround the product with large, richly colored flowers: a deep crimson peony on the left and an orange-red alstroemeria lily on the right. Add a few softly blurred blossoms and green stems in the background. Flowers must look botanically real, with individually defined petals, delicate veins, naturally curled edges, pollen, stamens, tiny imperfections, and slight translucency where sunlight passes through. Avoid smooth, plastic, or artificial-looking petals.</w:t>
      </w:r>
    </w:p>
    <w:p>
      <w:r>
        <w:t>The foreground stone must have highly realistic porous limestone texture with irregular cracks, chipped edges, layered mineral formations, tiny pits, rough grains, color variation, and natural weathering. Use sharp tactile detail on the illuminated areas and deeper shadows inside the crevices.</w:t>
      </w:r>
    </w:p>
    <w:p>
      <w:r>
        <w:t>Create a clear pastel sky transitioning from soft blue on the upper-left to warm blush and creamy peach on the upper-right. Include subtle, softly diffused clouds with realistic cotton-like volume, feathered edges, atmospheric depth, and gentle sunlight scattering, never flat, painted, or overly smooth.</w:t>
      </w:r>
    </w:p>
    <w:p>
      <w:r>
        <w:t>Use strong warm sunlight from the upper-right, producing luminous highlights on the product, subtle refractions through transparent packaging, realistic reflections, flower-petal translucency, and defined shadows across the stone. The product and nearest flowers remain tack-sharp while the distant flowers and stems have natural creamy bokeh.</w:t>
      </w:r>
    </w:p>
    <w:p>
      <w:r>
        <w:t>Premium fragrance or skincare campaign, romantic botanical setting, cinematic Mediterranean summer mood, high-end commercial photography, realistic optical depth, 85mm macro lens, HDR, sophisticated color grading, ultra-detailed 8K.</w:t>
      </w:r>
    </w:p>
    <w:p>
      <w:pPr>
        <w:pStyle w:val="Heading2"/>
      </w:pPr>
      <w:r>
        <w:t>Avoid</w:t>
      </w:r>
    </w:p>
    <w:p>
      <w:pPr>
        <w:spacing w:after="0"/>
      </w:pPr>
      <w:r>
        <w:t>Altered packaging, incorrect label, warped logo, hidden branding, wrong proportions, artificial flowers, plastic petals, smooth fake stone, concrete-like stone, flat clouds, illustrated sky, excessive blur, floating product, extra products, damaged packaging, added text, watermark, or border.</w:t>
      </w:r>
    </w:p>
    <w:p>
      <w:pPr>
        <w:pStyle w:val="Heading1"/>
        <w:pageBreakBefore/>
      </w:pPr>
      <w:r>
        <w:t>5  Dreamy Motion Blur Floral Product Shot</w:t>
      </w:r>
    </w:p>
    <w:p>
      <w:pPr>
        <w:keepNext/>
        <w:spacing w:after="240"/>
      </w:pPr>
      <w:r>
        <w:rPr>
          <w:b/>
          <w:color w:val="233247"/>
          <w:sz w:val="19"/>
        </w:rPr>
        <w:t xml:space="preserve">Aspect ratio  </w:t>
      </w:r>
      <w:r>
        <w:rPr>
          <w:b/>
          <w:color w:val="373737"/>
          <w:sz w:val="21"/>
        </w:rPr>
        <w:t>3 by 4 vertical</w:t>
      </w:r>
    </w:p>
    <w:p>
      <w:pPr>
        <w:pStyle w:val="Heading2"/>
      </w:pPr>
      <w:r>
        <w:t>Image Generation Prompt</w:t>
      </w:r>
    </w:p>
    <w:p>
      <w:r>
        <w:t>Create an ultra-photorealistic editorial product photograph matching the reference composition. Replace the central bottle with my uploaded product, preserving its exact shape, proportions, cap, colors, packaging materials, transparency, logo, label typography, and all printed details. The branding must remain sharp, correctly spelled, and fully readable. Do not redesign or distort the product.</w:t>
      </w:r>
    </w:p>
    <w:p>
      <w:r>
        <w:t>Place the product diagonally across the frame, running from the lower-left toward the upper-right, photographed from the same intimate overhead three-quarter angle. The product rests naturally on a warm ivory surface and fills most of the central frame.</w:t>
      </w:r>
    </w:p>
    <w:p>
      <w:r>
        <w:t>Surround the product with large flowers positioned extremely close to the camera. Place one flower across the upper-left foreground and another across the lower-right foreground, partially framing the product. Add a few dark green stems sweeping diagonally through the lower portion.</w:t>
      </w:r>
    </w:p>
    <w:p>
      <w:r>
        <w:t>Maintain the reference's signature dreamy motion-blur effect: the foreground flowers and stems should display soft directional blur, gentle movement trails, and diffused edges, as though they moved during a slow-shutter exposure. The blur must feel optical and organic, not like digital smearing. Keep the product's front label relatively sharp and readable while its outer edges, cap reflections, and surrounding flowers carry controlled movement blur. Use a slow-shutter photographic aesthetic with intentional subject separation.</w:t>
      </w:r>
    </w:p>
    <w:p>
      <w:r>
        <w:t>Use warm diffused sunlight, soft peach and amber highlights, creamy shadows, and a luminous ivory background. Add subtle halation around reflective edges, gentle lens diffusion, delicate film grain, and soft bloom. Preserve physically accurate reflections, glass refraction, and material texture on the uploaded product.</w:t>
      </w:r>
    </w:p>
    <w:p>
      <w:r>
        <w:t>Romantic fragrance or skincare campaign, sensual floral editorial aesthetic, shallow depth of field, close-up macro composition, dreamy analogue photography, soft-focus edges, cinematic warmth, high-end advertising quality.</w:t>
      </w:r>
    </w:p>
    <w:p>
      <w:pPr>
        <w:pStyle w:val="Heading2"/>
      </w:pPr>
      <w:r>
        <w:t>Avoid</w:t>
      </w:r>
    </w:p>
    <w:p>
      <w:pPr>
        <w:spacing w:after="0"/>
      </w:pPr>
      <w:r>
        <w:t>Completely blurred product label, unreadable branding, altered packaging, incorrect text, warped logo, harsh digital blur, radial zoom blur, duplicated flowers, artificial plastic petals, excessive haze, oversaturated colors, extra products, added text, watermark, or border.</w:t>
      </w:r>
    </w:p>
    <w:p>
      <w:pPr>
        <w:pStyle w:val="Heading1"/>
        <w:pageBreakBefore/>
      </w:pPr>
      <w:r>
        <w:t>6  Backless Black Dress Model Product Portrait</w:t>
      </w:r>
    </w:p>
    <w:p>
      <w:pPr>
        <w:keepNext/>
        <w:spacing w:after="240"/>
      </w:pPr>
      <w:r>
        <w:rPr>
          <w:b/>
          <w:color w:val="233247"/>
          <w:sz w:val="19"/>
        </w:rPr>
        <w:t xml:space="preserve">Aspect ratio  </w:t>
      </w:r>
      <w:r>
        <w:rPr>
          <w:b/>
          <w:color w:val="373737"/>
          <w:sz w:val="21"/>
        </w:rPr>
        <w:t>3 by 4 vertical</w:t>
      </w:r>
    </w:p>
    <w:p>
      <w:pPr>
        <w:pStyle w:val="Heading2"/>
      </w:pPr>
      <w:r>
        <w:t>Image Generation Prompt</w:t>
      </w:r>
    </w:p>
    <w:p>
      <w:r>
        <w:t>Create an ultra-photorealistic luxury beauty campaign matching the reference image. Replace the bottle in the model's raised hand with my uploaded product, preserving its exact shape, size, proportions, cap, colors, packaging materials, logo, label typography, embossing, and every printed detail. Keep the branding correctly spelled, fully visible, and tack-sharp. Do not redesign or distort the product.</w:t>
      </w:r>
    </w:p>
    <w:p>
      <w:r>
        <w:t>Use the same model appearance and styling as the reference: a glamorous young adult woman with warm medium-tan skin, an elegant oval face, defined cheekbones, sculpted jawline, straight refined nose, full natural lips, thick dark eyebrows, and almond-shaped brown eyes. Maintain her exact side-profile appearance and calm, confident expression as she studies the product closely.</w:t>
      </w:r>
    </w:p>
    <w:p>
      <w:r>
        <w:t>Preserve authentic skin detail across the face, shoulders, arms, and exposed back: visible fine pores, natural tonal variation, subtle peach fuzz, tiny imperfections, realistic elbow and knuckle creases, soft shoulder highlights, and natural skin folds. Retain realistic facial asymmetry and anatomy. No beauty-filter smoothing, waxy skin, or artificial plastic finish.</w:t>
      </w:r>
    </w:p>
    <w:p>
      <w:r>
        <w:t>Her dark chocolate-brown hair is parted near the center and styled into a polished low ponytail. Preserve individual hair strands, fine flyaways, realistic roots, natural density, and soft directional shine. The hair falls smoothly over one shoulder, while the ponytail is secured with a black fabric tie at the nape.</w:t>
      </w:r>
    </w:p>
    <w:p>
      <w:r>
        <w:t>Maintain the exact pose and camera angle: a vertical waist-up portrait from a slightly elevated rear three-quarter viewpoint. Her bare back and right shoulder face the camera while her face turns into a clean left-facing profile. One arm bends upward, holding the product delicately between her thumb and fingers near eye level. Her other arm crosses naturally around her torso, with the hand resting against her side. The grip must adapt naturally to the uploaded product's dimensions without hiding its branding.</w:t>
      </w:r>
    </w:p>
    <w:p>
      <w:r>
        <w:t>Wardrobe and props: a sophisticated black backless halter dress with a soft fabric neck tie and bow at the nape; small polished gold hoop earrings; three slim textured gold bangles on the raised wrist; elegant almond-shaped nude manicure. Preserve all props, positions, proportions, and metallic textures.</w:t>
      </w:r>
    </w:p>
    <w:p>
      <w:r>
        <w:t>Use a seamless pure-white high-key studio background. Soft diffused key lighting from the upper-left creates sculpted highlights along the face, shoulder, arms, and back, with gentle fill light and almost invisible shadows. Keep the model and product sharply focused with clean commercial retouching, realistic color, subtle contrast, and premium fragrance-campaign styling.</w:t>
      </w:r>
    </w:p>
    <w:p>
      <w:r>
        <w:t>Shot with an 85mm portrait lens, natural perspective, eye-level focal compression, crisp product photography, ultra-detailed 8K realism.</w:t>
      </w:r>
    </w:p>
    <w:p>
      <w:pPr>
        <w:pStyle w:val="Heading2"/>
      </w:pPr>
      <w:r>
        <w:t>Avoid</w:t>
      </w:r>
    </w:p>
    <w:p>
      <w:pPr>
        <w:spacing w:after="0"/>
      </w:pPr>
      <w:r>
        <w:t>Changed face, frontal pose, eye contact with camera, altered expression, incorrect anatomy, extra fingers, fused hands, distorted elbows, hidden label, oversized product, warped packaging, incorrect text, plastic skin, airbrushed pores, messy hair mass, missing flyaway strands, altered jewelry, extra props, harsh shadows, colored background, added text, watermark, or border.</w:t>
      </w:r>
    </w:p>
    <w:p>
      <w:pPr>
        <w:pStyle w:val="Heading1"/>
        <w:pageBreakBefore/>
      </w:pPr>
      <w:r>
        <w:t>7  Crouching Fashion Model Product Campaign</w:t>
      </w:r>
    </w:p>
    <w:p>
      <w:pPr>
        <w:keepNext/>
        <w:spacing w:after="240"/>
      </w:pPr>
      <w:r>
        <w:rPr>
          <w:b/>
          <w:color w:val="233247"/>
          <w:sz w:val="19"/>
        </w:rPr>
        <w:t xml:space="preserve">Aspect ratio  </w:t>
      </w:r>
      <w:r>
        <w:rPr>
          <w:b/>
          <w:color w:val="373737"/>
          <w:sz w:val="21"/>
        </w:rPr>
        <w:t>4 by 5 vertical</w:t>
      </w:r>
    </w:p>
    <w:p>
      <w:pPr>
        <w:pStyle w:val="Heading2"/>
      </w:pPr>
      <w:r>
        <w:t>Image Generation Prompt</w:t>
      </w:r>
    </w:p>
    <w:p>
      <w:r>
        <w:t>Create an ultra-photorealistic luxury fragrance campaign matching the reference composition. Replace the foreground perfume bottle with my uploaded product, preserving its exact shape, dimensions, cap, colors, transparency, materials, logo, label typography, embossing, and all printed details. Keep the packaging pristine, branding correctly spelled, and label tack-sharp. Do not redesign or distort the product.</w:t>
      </w:r>
    </w:p>
    <w:p>
      <w:r>
        <w:t>Place the product upright in the exact lower-center foreground on a glossy dark-green reflective surface. Create a clean, accurate mirror reflection directly below it. The product is the closest and most prominent object, occupying roughly the lower third of the composition.</w:t>
      </w:r>
    </w:p>
    <w:p>
      <w:r>
        <w:t>Behind it, feature an elegant dark-skinned adult female fashion model in a dynamic low crouching pose. She leans toward the camera with one knee folded to the side and the other leg bent forward. One arm extends diagonally toward the product, with relaxed fingers hovering just above its cap, while the other arm reaches downward beside her forward leg. Maintain natural anatomy, correct joint positions, and realistic perspective distortion.</w:t>
      </w:r>
    </w:p>
    <w:p>
      <w:r>
        <w:t>The model has a refined oval face, strong cheekbones, a slender jawline, almond-shaped dark eyes, defined brows, a straight nose, and full natural lips. Her expression is intense, confident, and focused, with direct eye contact toward the camera.</w:t>
      </w:r>
    </w:p>
    <w:p>
      <w:r>
        <w:t>Preserve extremely realistic deep-brown skin texture: visible fine pores, natural tonal variation, subtle peach fuzz, tiny imperfections, detailed knuckle and joint creases, realistic highlights along the shoulders, arms, and legs, and soft shadow transitions. No smoothing, waxy skin, or plastic finish.</w:t>
      </w:r>
    </w:p>
    <w:p>
      <w:r>
        <w:t>Her black hair is styled into a sleek close-cropped updo with sculpted finger waves. Include individually defined strands, realistic roots, fine flyaways, and two delicate curled tendrils across the forehead.</w:t>
      </w:r>
    </w:p>
    <w:p>
      <w:r>
        <w:t>She wears a fitted high-fashion floral mini dress with dimensional burgundy, blush, cream, and muted-green flowers. Preserve realistic layered petals, embroidered leaves, fabric weave, and raised applique texture. Add glossy deep-burgundy pointed-toe stiletto heels with slim heels and accurate reflections.</w:t>
      </w:r>
    </w:p>
    <w:p>
      <w:r>
        <w:t>Maintain the original dramatic perspective: the camera sits close to floor level directly behind the product, using a moderately wide 35 to 50mm lens angled slightly upward. The product appears large and dominant while the crouching model fills the upper background. Keep the extended hand realistically foreshortened as it reaches toward the lens.</w:t>
      </w:r>
    </w:p>
    <w:p>
      <w:r>
        <w:t>Use a seamless dark forest-green studio background and matching reflective floor. Soft directional lighting from the upper-left creates sculpted highlights on the model's skin, flower textures, shoes, and product edges. Add subtle burgundy reflections and deep cinematic shadows. Both the product and model should remain well-defined, with the strongest critical focus on the product and her eyes.</w:t>
      </w:r>
    </w:p>
    <w:p>
      <w:r>
        <w:t>Luxury fragrance editorial, powerful feminine energy, dramatic fashion photography, rich burgundy and forest-green palette, cinematic contrast, controlled reflections, professional retouching, ultra-detailed 8K.</w:t>
      </w:r>
    </w:p>
    <w:p>
      <w:pPr>
        <w:pStyle w:val="Heading2"/>
      </w:pPr>
      <w:r>
        <w:t>Avoid</w:t>
      </w:r>
    </w:p>
    <w:p>
      <w:pPr>
        <w:spacing w:after="0"/>
      </w:pPr>
      <w:r>
        <w:t>Altered face, lighter skin tone, plastic skin, blurred eyes, incorrect crouching anatomy, extra fingers, fused hands, hand covering the logo, distorted legs, incorrect heel structure, flat floral print, artificial flowers, warped product, incorrect label, oversized bottle, inaccurate reflection, extra products, interface numbers, creator credits, watermark, captions, or borders.</w:t>
      </w:r>
    </w:p>
    <w:p>
      <w:pPr>
        <w:pStyle w:val="Heading1"/>
        <w:pageBreakBefore/>
      </w:pPr>
      <w:r>
        <w:t>8  Leather Travel Bag Product Composition</w:t>
      </w:r>
    </w:p>
    <w:p>
      <w:pPr>
        <w:keepNext/>
        <w:spacing w:after="240"/>
      </w:pPr>
      <w:r>
        <w:rPr>
          <w:b/>
          <w:color w:val="233247"/>
          <w:sz w:val="19"/>
        </w:rPr>
        <w:t xml:space="preserve">Aspect ratio  </w:t>
      </w:r>
      <w:r>
        <w:rPr>
          <w:b/>
          <w:color w:val="373737"/>
          <w:sz w:val="21"/>
        </w:rPr>
        <w:t>3 by 4 vertical</w:t>
      </w:r>
    </w:p>
    <w:p>
      <w:pPr>
        <w:pStyle w:val="Heading2"/>
      </w:pPr>
      <w:r>
        <w:t>Image Generation Prompt</w:t>
      </w:r>
    </w:p>
    <w:p>
      <w:r>
        <w:t>Create an ultra-photorealistic luxury product advertisement matching the reference composition. Replace the perfume bottle with my uploaded product, preserving its exact packaging design, dimensions, proportions, cap, colors, materials, logo, label typography, embossing, and every printed detail. Keep all branding sharp, correctly spelled, and fully readable. Do not redesign, simplify, or distort the product.</w:t>
      </w:r>
    </w:p>
    <w:p>
      <w:r>
        <w:t>Place the uploaded product inside an open premium dark-brown leather travel bag, nestled naturally within a deep olive-green suede lining. Position it diagonally from the lower-left toward the upper-right, with the front label facing the camera. Adapt its placement naturally to the original product dimensions without changing its size or structure.</w:t>
      </w:r>
    </w:p>
    <w:p>
      <w:r>
        <w:t>Maintain the exact camera angle: an intimate close-up from a high three-quarter overhead perspective, looking diagonally into the open bag. Use natural perspective with the product dominating the center and lower-middle of the composition. The surrounding zipper creates a curved visual frame around the product.</w:t>
      </w:r>
    </w:p>
    <w:p>
      <w:r>
        <w:t>Preserve the product's authentic surface texture: realistic glass transparency, thickness, refraction, and liquid color where applicable; accurate matte, glossy, plastic, or metallic packaging behavior; fine brushed-metal grooves on metallic parts; controlled edge highlights and true-to-material reflections; visible paper grain or UV embossing on the label; clean packaging with no scratches, dents, warping, or damaged corners; and a sharp logo and label unaffected by reflections or shadows.</w:t>
      </w:r>
    </w:p>
    <w:p>
      <w:r>
        <w:t>The bag should have highly detailed pebbled leather with visible grain, pores, stitching, subtle creases, and natural wear. The interior must show dense, tactile olive suede fibers with realistic directional nap. Add a polished antique-gold zipper with individually defined teeth and warm metallic reflections. Include a partially visible gold pen or travel accessory softly blurred in the upper-right background.</w:t>
      </w:r>
    </w:p>
    <w:p>
      <w:r>
        <w:t>Use warm golden directional light from the upper-left, creating cinematic highlights on the cap, glass edges, zipper, and leather grain. Add rich amber shadows, subtle floating dust particles, and a luxurious late-evening atmosphere. Keep the product tack-sharp while the outer leather and background accessories fall into gentle depth-of-field blur.</w:t>
      </w:r>
    </w:p>
    <w:p>
      <w:r>
        <w:t>Premium fragrance or lifestyle campaign, masculine sophistication, warm editorial color grading, shallow depth of field, 85mm macro product photography, high dynamic range, professional commercial retouching, ultra-detailed 8K.</w:t>
      </w:r>
    </w:p>
    <w:p>
      <w:pPr>
        <w:pStyle w:val="Heading2"/>
      </w:pPr>
      <w:r>
        <w:t>Avoid</w:t>
      </w:r>
    </w:p>
    <w:p>
      <w:pPr>
        <w:spacing w:after="0"/>
      </w:pPr>
      <w:r>
        <w:t>Changing product proportions, incorrect label text, warped logo, hidden branding, fake reflections, smooth plastic-looking leather, flat suede, incorrect zipper teeth, damaged packaging, excessive dust, extra products, hands, people, overlay text, slogans, horizontal lines, watermark, or border.</w:t>
      </w:r>
    </w:p>
    <w:p>
      <w:pPr>
        <w:pStyle w:val="Heading1"/>
        <w:pageBreakBefore/>
      </w:pPr>
      <w:r>
        <w:t>9  Monochromatic Textile Spiral Product Scene</w:t>
      </w:r>
    </w:p>
    <w:p>
      <w:pPr>
        <w:keepNext/>
        <w:spacing w:after="240"/>
      </w:pPr>
      <w:r>
        <w:rPr>
          <w:b/>
          <w:color w:val="233247"/>
          <w:sz w:val="19"/>
        </w:rPr>
        <w:t xml:space="preserve">Aspect ratio  </w:t>
      </w:r>
      <w:r>
        <w:rPr>
          <w:b/>
          <w:color w:val="373737"/>
          <w:sz w:val="21"/>
        </w:rPr>
        <w:t>9 by 16 vertical</w:t>
      </w:r>
    </w:p>
    <w:p>
      <w:pPr>
        <w:pStyle w:val="Heading2"/>
      </w:pPr>
      <w:r>
        <w:t>Image Generation Prompt</w:t>
      </w:r>
    </w:p>
    <w:p>
      <w:r>
        <w:t>Create an ultra-photorealistic luxury product advertisement matching the reference composition. Replace the central bottle with my uploaded product, preserving its exact shape, dimensions, cap, colors, materials, logo, label typography, embossing, transparency, and every printed detail. Keep the branding correctly spelled, sharp, and fully readable. Do not redesign, simplify, or distort the product.</w:t>
      </w:r>
    </w:p>
    <w:p>
      <w:r>
        <w:t>Position the product upright slightly right of center in the lower-middle of the frame, resting naturally within a dramatic landscape of densely woven, velvet-like fibers. Maintain the same close, slightly low frontal camera angle so the product feels sculptural and dominant while the textured surface flows toward the lens.</w:t>
      </w:r>
    </w:p>
    <w:p>
      <w:r>
        <w:t>Create thick, tactile textile formations surrounding the product, resembling luxurious macro velvet threads, twisted fibers, or soft woven cords. The foreground fibers should have individually visible strands, fine fuzz, realistic density, directional nap, tiny imperfections, and rich shadow separation. Behind the product, form the fabric into a large hypnotic spiral that curves inward toward the left-center background. Add upright fiber clusters framing the product on the right without covering its label.</w:t>
      </w:r>
    </w:p>
    <w:p>
      <w:r>
        <w:t>Automatically derive the entire set palette from the uploaded product. Use the product's dominant color for the textile environment and background. Use darker tonal variations of that color in the shadows and slightly lighter, desaturated variations for the highlights. Introduce a subtle complementary undertone only in the rim light. Do not recolor the uploaded product itself. Ensure the background enhances the original packaging color and maintains strong visual separation.</w:t>
      </w:r>
    </w:p>
    <w:p>
      <w:r>
        <w:t>Use moody cinematic lighting from the upper-left, producing a soft highlight along the product edges, realistic reflections across its materials, and a delicate glow across the raised textile fibers. Add subtle rim lighting from behind to separate the product from the spiral. Keep the label and packaging tack-sharp while the spiral and extreme foreground gradually fall into a creamy shallow depth of field.</w:t>
      </w:r>
    </w:p>
    <w:p>
      <w:r>
        <w:t>Preserve true material behavior: accurate glass thickness and refraction, realistic plastic or metallic reflections, brushed-metal texture, fine label grain, UV embossing, and crisp packaging edges based on the uploaded reference.</w:t>
      </w:r>
    </w:p>
    <w:p>
      <w:r>
        <w:t>Premium fragrance, beauty, or lifestyle campaign, monochromatic color harmony, surreal textile landscape, tactile luxury, dramatic atmosphere, macro commercial photography, 85mm lens, high dynamic range, deep blacks, subtle film grain, ultra-detailed 8K.</w:t>
      </w:r>
    </w:p>
    <w:p>
      <w:pPr>
        <w:pStyle w:val="Heading2"/>
      </w:pPr>
      <w:r>
        <w:t>Avoid</w:t>
      </w:r>
    </w:p>
    <w:p>
      <w:pPr>
        <w:spacing w:after="0"/>
      </w:pPr>
      <w:r>
        <w:t>Changing the product color, altered proportions, incorrect label text, warped logo, hidden branding, smooth plastic-looking fabric, fake fur clumps, flat textile texture, excessive shine, floating product, oversized bottle, clutter, extra products, hands, people, added text, watermark, or border.</w:t>
      </w:r>
    </w:p>
    <w:p>
      <w:pPr>
        <w:pStyle w:val="Heading1"/>
        <w:pageBreakBefore/>
      </w:pPr>
      <w:r>
        <w:t>10  Sculptural Skin and Product Fine Art Shot</w:t>
      </w:r>
    </w:p>
    <w:p>
      <w:pPr>
        <w:keepNext/>
        <w:spacing w:after="240"/>
      </w:pPr>
      <w:r>
        <w:rPr>
          <w:b/>
          <w:color w:val="233247"/>
          <w:sz w:val="19"/>
        </w:rPr>
        <w:t xml:space="preserve">Aspect ratio  </w:t>
      </w:r>
      <w:r>
        <w:rPr>
          <w:b/>
          <w:color w:val="373737"/>
          <w:sz w:val="21"/>
        </w:rPr>
        <w:t>3 by 4 vertical</w:t>
      </w:r>
    </w:p>
    <w:p>
      <w:pPr>
        <w:pStyle w:val="Heading2"/>
      </w:pPr>
      <w:r>
        <w:t>Image Generation Prompt</w:t>
      </w:r>
    </w:p>
    <w:p>
      <w:r>
        <w:t>Create an ultra-photorealistic fine-art product campaign matching the reference composition. Replace the perfume bottle with my uploaded product, preserving its exact shape, dimensions, cap, colors, materials, liquid tone, transparency, logo, label typography, embossing, and all printed details. Keep the branding correctly spelled, tack-sharp, and fully legible. Do not redesign, simplify, or distort the product.</w:t>
      </w:r>
    </w:p>
    <w:p>
      <w:r>
        <w:t>Feature an adult female model in an abstract, tightly cropped sculptural pose against a pure black background. Only her bare shoulders, upper arms, and partial torso are visible, with no face. Maintain the same pose: one bent arm rises vertically along the left side, while the other arm curves horizontally across the lower-right, creating a natural hollow between the limbs. The product rests diagonally and securely inside this hollow, tilted from the lower-right toward the upper-left, with its front label facing the camera.</w:t>
      </w:r>
    </w:p>
    <w:p>
      <w:r>
        <w:t>Maintain the exact camera angle: an intimate close-up from a slightly elevated three-quarter overhead perspective, looking diagonally down across the model's shoulders and arms. Use natural perspective compression without stretching or enlarging the product. Keep large negative space across the upper-right black background.</w:t>
      </w:r>
    </w:p>
    <w:p>
      <w:r>
        <w:t>Preserve authentic warm medium-tan skin with exceptional realism: visible pores, fine peach fuzz, tiny hairs, subtle freckles and moles, natural tonal variation, faint redness, micro-creases, realistic elbow folds, and gentle pressure marks where the product touches the skin. Include delicate specular highlights and natural subsurface scattering. No airbrushing, excessive smoothing, plastic skin, or waxy finish.</w:t>
      </w:r>
    </w:p>
    <w:p>
      <w:r>
        <w:t>Adapt the grip and support naturally to the uploaded product's real size and weight. The packaging should create a subtle, believable indentation and contact shadow on the skin without appearing embedded or floating. Preserve accurate glass refraction, liquid density, metallic or matte textures, label paper grain, UV embossing, and crisp edges according to the uploaded product.</w:t>
      </w:r>
    </w:p>
    <w:p>
      <w:r>
        <w:t>Use hard directional studio lighting from the upper-left, producing warm sculptural highlights across the skin and product, with fast falloff into rich shadows. The black background remains completely matte and seamless. Keep the product and nearby skin texture sharply focused, with very subtle depth falloff toward the outer limbs.</w:t>
      </w:r>
    </w:p>
    <w:p>
      <w:r>
        <w:t>Minimalist luxury fragrance or skincare editorial, intimate fine-art composition, warm neutral color grading, cinematic contrast, tactile realism, 85mm macro lens, professional commercial photography, ultra-detailed 8K.</w:t>
      </w:r>
    </w:p>
    <w:p>
      <w:pPr>
        <w:pStyle w:val="Heading2"/>
      </w:pPr>
      <w:r>
        <w:t>Avoid</w:t>
      </w:r>
    </w:p>
    <w:p>
      <w:pPr>
        <w:spacing w:after="0"/>
      </w:pPr>
      <w:r>
        <w:t>Visible face, explicit nudity, sexualized presentation, incorrect anatomy, extra limbs, fused arms, distorted joints, overly smooth skin, artificial tan, hidden label, warped packaging, changed proportions, incorrect text, product floating above the skin, harsh blown highlights, props, jewelry, clothing, overlay text, copyright notice, watermark, or border.</w:t>
      </w:r>
    </w:p>
    <w:sectPr w:rsidR="00FC693F" w:rsidRPr="0006063C" w:rsidSect="00034616">
      <w:footerReference w:type="default" r:id="rId9"/>
      <w:pgSz w:w="12240" w:h="15840"/>
      <w:pgMar w:top="1123"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1E1E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200"/>
      <w:outlineLvl w:val="0"/>
    </w:pPr>
    <w:rPr>
      <w:rFonts w:asciiTheme="majorHAnsi" w:eastAsiaTheme="majorEastAsia" w:hAnsiTheme="majorHAnsi" w:cstheme="majorBidi" w:ascii="Arial" w:hAnsi="Arial"/>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rial" w:hAnsi="Arial"/>
      <w:b/>
      <w:color w:val="00000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Replacement Image Generation Prompts</dc:title>
  <dc:subject>Luxury product advertising prompt collection</dc:subject>
  <dc:creator>Digital Arnab</dc:creator>
  <cp:keywords>image generation, product replacement, advertising, prompts</cp:keywords>
  <dc:description>generated by python-docx</dc:description>
  <cp:lastModifiedBy/>
  <cp:revision>1</cp:revision>
  <dcterms:created xsi:type="dcterms:W3CDTF">2013-12-23T23:15:00Z</dcterms:created>
  <dcterms:modified xsi:type="dcterms:W3CDTF">2013-12-23T23:15:00Z</dcterms:modified>
  <cp:category/>
</cp:coreProperties>
</file>