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Title"/>
        <w:jc w:val="center"/>
      </w:pPr>
      <w:r>
        <w:t>Destination Layered Papercut</w:t>
        <w:br/>
        <w:t>Prompt Pack</w:t>
      </w:r>
    </w:p>
    <w:p>
      <w:pPr>
        <w:pStyle w:val="CoverSubtitle"/>
        <w:jc w:val="center"/>
      </w:pPr>
      <w:r>
        <w:t>Master Template + Kolkata, Delhi, Benaras, Darjeeling, Mumbai &amp; Bangalore</w:t>
      </w:r>
    </w:p>
    <w:p>
      <w:pPr>
        <w:jc w:val="center"/>
      </w:pPr>
      <w:r>
        <w:rPr>
          <w:b/>
          <w:color w:val="6E8691"/>
          <w:sz w:val="17"/>
        </w:rPr>
        <w:t>LANDMARK-LED  |  6-8 PAPER LAYERS  |  COLLECTIBLE CITY SERIES</w:t>
      </w:r>
    </w:p>
    <w:p>
      <w:pPr>
        <w:spacing w:before="560"/>
        <w:jc w:val="center"/>
      </w:pPr>
      <w:r>
        <w:rPr>
          <w:color w:val="526B77"/>
          <w:sz w:val="20"/>
        </w:rPr>
        <w:t>Prepared as a copy-ready prompt library</w:t>
      </w:r>
    </w:p>
    <w:p>
      <w:pPr>
        <w:spacing w:before="560"/>
      </w:pPr>
      <w:r>
        <w:rPr>
          <w:b/>
          <w:color w:val="173E4F"/>
          <w:sz w:val="22"/>
        </w:rPr>
        <w:t>CONTENTS</w:t>
      </w:r>
    </w:p>
    <w:p>
      <w:pPr>
        <w:pStyle w:val="TOCItem"/>
      </w:pPr>
      <w:r>
        <w:t>1. Master Prompt (Original)</w:t>
      </w:r>
    </w:p>
    <w:p>
      <w:pPr>
        <w:pStyle w:val="TOCItem"/>
      </w:pPr>
      <w:r>
        <w:t>2. Kolkata</w:t>
      </w:r>
    </w:p>
    <w:p>
      <w:pPr>
        <w:pStyle w:val="TOCItem"/>
      </w:pPr>
      <w:r>
        <w:t>3. Delhi</w:t>
      </w:r>
    </w:p>
    <w:p>
      <w:pPr>
        <w:pStyle w:val="TOCItem"/>
      </w:pPr>
      <w:r>
        <w:t>4. Benaras</w:t>
      </w:r>
    </w:p>
    <w:p>
      <w:pPr>
        <w:pStyle w:val="TOCItem"/>
      </w:pPr>
      <w:r>
        <w:t>5. Darjeeling</w:t>
      </w:r>
    </w:p>
    <w:p>
      <w:pPr>
        <w:pStyle w:val="TOCItem"/>
      </w:pPr>
      <w:r>
        <w:t>6. Mumbai</w:t>
      </w:r>
    </w:p>
    <w:p>
      <w:pPr>
        <w:pStyle w:val="TOCItem"/>
      </w:pPr>
      <w:r>
        <w:t>7. Bangalore</w:t>
      </w:r>
    </w:p>
    <w:p>
      <w:r>
        <w:br w:type="page"/>
      </w:r>
    </w:p>
    <w:p>
      <w:pPr>
        <w:pStyle w:val="PromptTitle"/>
      </w:pPr>
      <w:r>
        <w:t>1. Master Prompt (Original)</w:t>
      </w:r>
    </w:p>
    <w:p>
      <w:pPr>
        <w:pStyle w:val="PromptSubtitle"/>
      </w:pPr>
      <w:r>
        <w:t>Your original reusable city template — preserved verbatim.</w:t>
      </w:r>
    </w:p>
    <w:tbl>
      <w:tblPr>
        <w:tblW w:type="auto" w:w="0"/>
        <w:tblLayout w:type="autofit"/>
        <w:tblLook w:firstColumn="1" w:firstRow="1" w:lastColumn="0" w:lastRow="0" w:noHBand="0" w:noVBand="1" w:val="04A0"/>
      </w:tblPr>
      <w:tblGrid>
        <w:gridCol w:w="10181"/>
      </w:tblGrid>
      <w:tr>
        <w:tc>
          <w:tcPr>
            <w:tcW w:type="dxa" w:w="10181"/>
            <w:shd w:fill="F2F6F8"/>
            <w:tcMar>
              <w:top w:w="110" w:type="dxa"/>
              <w:start w:w="160" w:type="dxa"/>
              <w:bottom w:w="110" w:type="dxa"/>
              <w:end w:w="160" w:type="dxa"/>
            </w:tcMar>
            <w:vAlign w:val="center"/>
          </w:tcPr>
          <w:p>
            <w:pPr>
              <w:pStyle w:val="PromptText"/>
            </w:pPr>
            <w:r>
              <w:rPr>
                <w:b/>
              </w:rPr>
              <w:t>DESTINATION LANDMARK-LED LAYERED PAPERCUT POSTER — [CITY NAME]</w:t>
            </w:r>
          </w:p>
          <w:p>
            <w:pPr>
              <w:pStyle w:val="PromptText"/>
            </w:pPr>
            <w:r>
              <w:t>Create a tactile vertical travel art poster featuring [City Name] in the manner of a layered cut-paper diorama. Aspect ratio 2:3, dimensional, soft, crafted — a photograph of stacked cut paper lit gently from one side.</w:t>
            </w:r>
          </w:p>
          <w:p>
            <w:pPr>
              <w:pStyle w:val="PromptText"/>
            </w:pPr>
            <w:r>
              <w:t>CORE CONCEPT — LANDMARK 70% + PAPERCUT LAYERING 30%. Recognizable landmark first, papercut construction second. The viewer should immediately think: "This is [City Name]."</w:t>
            </w:r>
          </w:p>
          <w:p>
            <w:pPr>
              <w:pStyle w:val="PromptText"/>
            </w:pPr>
            <w:r>
              <w:rPr>
                <w:b/>
              </w:rPr>
              <w:t>LANDMARK PRIORITY —</w:t>
            </w:r>
          </w:p>
          <w:p>
            <w:pPr>
              <w:pStyle w:val="PromptText"/>
            </w:pPr>
            <w:r>
              <w:t>Primary landmarks: [SLOT 1 — ONE OR TWO LANDMARKS, each occupying its OWN dedicated paper layer. Describe the distinctive shape, don't just name it]</w:t>
            </w:r>
          </w:p>
          <w:p>
            <w:pPr>
              <w:pStyle w:val="PromptText"/>
            </w:pPr>
            <w:r>
              <w:t>Secondary elements: [SLOT 2 — THREE TO FIVE SUPPORTING ELEMENTS WRITTEN AS A STACKING ORDER, back to front: distant silhouettes, then near buildings, then trees or foreground planting, then ground or water. End with ONE FOREGROUND CUT EDGE at the very front of the stack]</w:t>
            </w:r>
          </w:p>
          <w:p>
            <w:pPr>
              <w:pStyle w:val="PromptText"/>
            </w:pPr>
            <w:r>
              <w:t>The main landmarks retain their real-world silhouette and essential proportions and dominate everything around them. Simplify surface detail, never structure. [SLOT 3 — ONE SENTENCE NAMING WHAT MUST SURVIVE THE SIMPLIFICATION, e.g. "The dome must keep its ribbed profile and lantern"]</w:t>
            </w:r>
          </w:p>
          <w:p>
            <w:pPr>
              <w:pStyle w:val="PromptText"/>
            </w:pPr>
            <w:r>
              <w:t>PAPERCUT TREATMENT — the image is built from SIX TO EIGHT distinct depth layers of cut paper, each a SINGLE FLAT COLOUR, stacked front to back with real physical separation between them. Every layer casts a SOFT, SHORT, DIFFUSE drop shadow onto the layer behind it — gentle, never hard or graphic, and these shadows are the ONLY thing describing depth. There is no perspective, no atmospheric haze and no rendering. Every edge is a cut edge: clean, crisp, with the barest suggestion of paper thickness catching the light along the top of each form. DETAIL IS ACHIEVED BY CUTTING THROUGH — window openings, arch shapes, structural ribs and the gaps in railings are cut HOLES revealing the layer behind, not painted marks. Light comes softly from the UPPER LEFT, consistent across all layers.</w:t>
            </w:r>
          </w:p>
          <w:p>
            <w:pPr>
              <w:pStyle w:val="PromptText"/>
            </w:pPr>
            <w:r>
              <w:t>COMPOSITION — upper 40% is the flat back sky layer. At upper centre place only: [CITY NAME], rendered as individually CUT uppercase sans-serif letters with wide letter spacing, sitting slightly in front of the sky layer and casting the same soft shadow as everything else. Build the city across the middle and lower frame.</w:t>
            </w:r>
          </w:p>
          <w:p>
            <w:pPr>
              <w:pStyle w:val="PromptText"/>
            </w:pPr>
            <w:r>
              <w:t>COLOR PALETTE — Coloured art paper in a cool register: mineral blue, dusty teal, pale sky, warm sandstone, muted coral, deep navy for the front-most layers, and soft cream for the back sky layer. Roughly seven flat papers. Each layer is a single unmodulated colour — depth is described by shadow and stacking order, NEVER by shading within a layer. KEEP THIS PALETTE IDENTICAL ACROSS EVERY CITY — it is what makes the set read as one series.</w:t>
            </w:r>
          </w:p>
          <w:p>
            <w:pPr>
              <w:pStyle w:val="PromptText"/>
            </w:pPr>
            <w:r>
              <w:t>TEXTURE — matte art paper surface: a fine even fibre tooth visible on every layer, crisp clean cut edges with a hairline of paper thickness, soft ambient occlusion in the crevices where layers meet. Clean and contemporary. No aged paper, brown filters, sepia tones or yellowing.</w:t>
            </w:r>
          </w:p>
          <w:p>
            <w:pPr>
              <w:pStyle w:val="PromptText"/>
            </w:pPr>
            <w:r>
              <w:t>Constraints: exact spelling "[CITY NAME]", no text other than that word, NO hard graphic drop shadows, NO gradients within a layer, NO shading within a layer, no perspective depth cues, no photorealism, no 3D rendering of materials other than paper, no glow, no neon colours, no gold, no glitter, no aged paper, no sepia, no tears, no crumpling, no travel sticker aesthetics, no cartoon style, no cute characters, no complex typography, no watermark, no logos.</w:t>
            </w:r>
          </w:p>
        </w:tc>
      </w:tr>
    </w:tbl>
    <w:p>
      <w:r>
        <w:br w:type="page"/>
      </w:r>
    </w:p>
    <w:p>
      <w:pPr>
        <w:pStyle w:val="PromptTitle"/>
      </w:pPr>
      <w:r>
        <w:t>2. Kolkata</w:t>
      </w:r>
    </w:p>
    <w:p>
      <w:pPr>
        <w:pStyle w:val="PromptSubtitle"/>
      </w:pPr>
      <w:r>
        <w:t>Howrah Bridge + Victoria Memorial + Hooghly riverfront.</w:t>
      </w:r>
    </w:p>
    <w:tbl>
      <w:tblPr>
        <w:tblW w:type="auto" w:w="0"/>
        <w:tblLayout w:type="autofit"/>
        <w:tblLook w:firstColumn="1" w:firstRow="1" w:lastColumn="0" w:lastRow="0" w:noHBand="0" w:noVBand="1" w:val="04A0"/>
      </w:tblPr>
      <w:tblGrid>
        <w:gridCol w:w="10181"/>
      </w:tblGrid>
      <w:tr>
        <w:tc>
          <w:tcPr>
            <w:tcW w:type="dxa" w:w="10181"/>
            <w:shd w:fill="F2F6F8"/>
            <w:tcMar>
              <w:top w:w="110" w:type="dxa"/>
              <w:start w:w="160" w:type="dxa"/>
              <w:bottom w:w="110" w:type="dxa"/>
              <w:end w:w="160" w:type="dxa"/>
            </w:tcMar>
            <w:vAlign w:val="center"/>
          </w:tcPr>
          <w:p>
            <w:pPr>
              <w:pStyle w:val="PromptText"/>
            </w:pPr>
            <w:r>
              <w:rPr>
                <w:b/>
              </w:rPr>
              <w:t>DESTINATION LANDMARK-LED LAYERED PAPERCUT POSTER — KOLKATA</w:t>
            </w:r>
          </w:p>
          <w:p>
            <w:pPr>
              <w:pStyle w:val="PromptText"/>
            </w:pPr>
            <w:r>
              <w:t>Create a tactile vertical travel art poster featuring Kolkata in the manner of a layered cut-paper diorama. Aspect ratio 2:3, dimensional, soft, crafted — a studio photograph of stacked cut paper lit gently from one side.</w:t>
            </w:r>
          </w:p>
          <w:p>
            <w:pPr>
              <w:pStyle w:val="PromptText"/>
            </w:pPr>
            <w:r>
              <w:t>CORE CONCEPT — LANDMARK 70% + PAPERCUT LAYERING 30%. Recognizable Kolkata landmark first, papercut construction second. The viewer should immediately think: "This is Kolkata."</w:t>
            </w:r>
          </w:p>
          <w:p>
            <w:pPr>
              <w:pStyle w:val="PromptText"/>
            </w:pPr>
            <w:r>
              <w:rPr>
                <w:b/>
              </w:rPr>
              <w:t>LANDMARK PRIORITY —</w:t>
            </w:r>
          </w:p>
          <w:p>
            <w:pPr>
              <w:pStyle w:val="PromptText"/>
            </w:pPr>
            <w:r>
              <w:rPr>
                <w:b/>
              </w:rPr>
              <w:t>Primary landmarks:</w:t>
              <w:br/>
            </w:r>
            <w:r>
              <w:t>1) Howrah Bridge — the massive cantilever truss bridge spanning horizontally across the composition, with its dense angular steel framework, broad deck, and unmistakable industrial silhouette.</w:t>
              <w:br/>
            </w:r>
            <w:r>
              <w:t>2) Victoria Memorial — a grand symmetrical white monument with a large central dome crowned by a winged statue, smaller corner domes, and long classical wings, placed on its own dedicated paper layer behind or beside the bridge so both remain recognizable.</w:t>
            </w:r>
          </w:p>
          <w:p>
            <w:pPr>
              <w:pStyle w:val="PromptText"/>
            </w:pPr>
            <w:r>
              <w:rPr>
                <w:b/>
              </w:rPr>
              <w:t>Secondary elements:</w:t>
              <w:br/>
            </w:r>
            <w:r>
              <w:t>Back to front stacking order: soft distant Kolkata skyline silhouettes, then colonial building shapes and tram wires, then the Hooghly riverbank edge and ghats, then trees and foliage, then the river / ground layer, then one bold curved foreground cut edge at the very front of the stack.</w:t>
            </w:r>
          </w:p>
          <w:p>
            <w:pPr>
              <w:pStyle w:val="PromptText"/>
            </w:pPr>
            <w:r>
              <w:t>The main landmarks retain their real-world silhouette and essential proportions and dominate everything around them. Simplify surface detail, never structure. The cantilever truss geometry of Howrah Bridge must remain clearly recognizable, and Victoria Memorial must keep its central dome, winged top figure, and strong symmetrical profile.</w:t>
            </w:r>
          </w:p>
          <w:p>
            <w:pPr>
              <w:pStyle w:val="PromptText"/>
            </w:pPr>
            <w:r>
              <w:t>PAPERCUT TREATMENT — the image is built from SIX TO EIGHT distinct depth layers of cut paper, each a SINGLE FLAT COLOUR, stacked front to back with real physical separation between them. Every layer casts a SOFT, SHORT, DIFFUSE drop shadow onto the layer behind it — gentle, never hard or graphic, and these shadows are the ONLY thing describing depth. There is no perspective, no atmospheric haze and no rendering. Every edge is a cut edge: clean, crisp, with the barest suggestion of paper thickness catching the light along the top of each form. DETAIL IS ACHIEVED BY CUTTING THROUGH — truss gaps, window openings, arch shapes, dome separations, railings, and architectural cutouts are cut HOLES revealing the layer behind, not painted marks. Light comes softly from the UPPER LEFT, consistent across all layers.</w:t>
            </w:r>
          </w:p>
          <w:p>
            <w:pPr>
              <w:pStyle w:val="PromptText"/>
            </w:pPr>
            <w:r>
              <w:t>COMPOSITION — upper 40% is the flat back sky layer. At upper centre place only: KOLKATA, rendered as individually CUT uppercase sans-serif letters with wide letter spacing, sitting slightly in front of the sky layer and casting the same soft shadow as everything else. Build the city across the middle and lower frame, with Howrah Bridge as the dominant landmark and Victoria Memorial clearly visible as the second key form. Keep the camera perfectly front-facing like a poster, not angled.</w:t>
            </w:r>
          </w:p>
          <w:p>
            <w:pPr>
              <w:pStyle w:val="PromptText"/>
            </w:pPr>
            <w:r>
              <w:t>COLOR PALETTE — Coloured art paper in a cool register: mineral blue, dusty teal, pale sky, warm sandstone, muted coral, deep navy for the front-most layers, and soft cream for the back sky layer. Roughly seven flat papers. Each layer is a single unmodulated colour — depth is described by shadow and stacking order, NEVER by shading within a layer. KEEP THIS PALETTE IDENTICAL ACROSS EVERY CITY — it is what makes the set read as one series.</w:t>
            </w:r>
          </w:p>
          <w:p>
            <w:pPr>
              <w:pStyle w:val="PromptText"/>
            </w:pPr>
            <w:r>
              <w:t>TEXTURE — matte art paper surface: a fine even fibre tooth visible on every layer, crisp clean cut edges with a hairline of paper thickness, soft ambient occlusion in the crevices where layers meet. Clean and contemporary. No aged paper, brown filters, sepia tones or yellowing.</w:t>
            </w:r>
          </w:p>
          <w:p>
            <w:pPr>
              <w:pStyle w:val="PromptText"/>
            </w:pPr>
            <w:r>
              <w:t>Constraints: exact spelling "KOLKATA", no text other than that word, NO hard graphic drop shadows, NO gradients within a layer, NO shading within a layer, no perspective depth cues, no photorealistic rendering of the real city, only a realistic studio photograph of a physical paper-cut artwork, no 3D rendering of materials other than paper, no glow, no neon colours, no gold, no glitter, no aged paper, no sepia, no tears, no crumpling, no travel sticker aesthetics, no cartoon style, no cute characters, no complex typography, no watermark, no logos.</w:t>
            </w:r>
          </w:p>
        </w:tc>
      </w:tr>
    </w:tbl>
    <w:p>
      <w:r>
        <w:br w:type="page"/>
      </w:r>
    </w:p>
    <w:p>
      <w:pPr>
        <w:pStyle w:val="PromptTitle"/>
      </w:pPr>
      <w:r>
        <w:t>3. Delhi</w:t>
      </w:r>
    </w:p>
    <w:p>
      <w:pPr>
        <w:pStyle w:val="PromptSubtitle"/>
      </w:pPr>
      <w:r>
        <w:t>India Gate + Qutub Minar + heritage layers; 3:4, edge-to-edge.</w:t>
      </w:r>
    </w:p>
    <w:tbl>
      <w:tblPr>
        <w:tblW w:type="auto" w:w="0"/>
        <w:tblLayout w:type="autofit"/>
        <w:tblLook w:firstColumn="1" w:firstRow="1" w:lastColumn="0" w:lastRow="0" w:noHBand="0" w:noVBand="1" w:val="04A0"/>
      </w:tblPr>
      <w:tblGrid>
        <w:gridCol w:w="10181"/>
      </w:tblGrid>
      <w:tr>
        <w:tc>
          <w:tcPr>
            <w:tcW w:type="dxa" w:w="10181"/>
            <w:shd w:fill="F2F6F8"/>
            <w:tcMar>
              <w:top w:w="110" w:type="dxa"/>
              <w:start w:w="160" w:type="dxa"/>
              <w:bottom w:w="110" w:type="dxa"/>
              <w:end w:w="160" w:type="dxa"/>
            </w:tcMar>
            <w:vAlign w:val="center"/>
          </w:tcPr>
          <w:p>
            <w:pPr>
              <w:pStyle w:val="PromptText"/>
            </w:pPr>
            <w:r>
              <w:rPr>
                <w:b/>
              </w:rPr>
              <w:t>DESTINATION LANDMARK-LED LAYERED PAPERCUT POSTER — DELHI</w:t>
            </w:r>
          </w:p>
          <w:p>
            <w:pPr>
              <w:pStyle w:val="PromptText"/>
            </w:pPr>
            <w:r>
              <w:t>Create a tactile vertical travel art poster featuring Delhi, India, designed as a sophisticated layered cut-paper diorama.</w:t>
            </w:r>
          </w:p>
          <w:p>
            <w:pPr>
              <w:pStyle w:val="PromptText"/>
            </w:pPr>
            <w:r>
              <w:t>Aspect ratio: 3:4 vertical.</w:t>
            </w:r>
          </w:p>
          <w:p>
            <w:pPr>
              <w:pStyle w:val="PromptText"/>
            </w:pPr>
            <w:r>
              <w:t>The final artwork should look like a real handcrafted paper-cut composition photographed perfectly front-on: dimensional, soft, contemporary and premium.</w:t>
            </w:r>
          </w:p>
          <w:p>
            <w:pPr>
              <w:pStyle w:val="PromptText"/>
            </w:pPr>
            <w:r>
              <w:t>IMPORTANT — the artwork must extend naturally to the LEFT and RIGHT edges of the canvas. Do not create vertical side borders, paper-frame strips, margins or raised outer edges.</w:t>
            </w:r>
          </w:p>
          <w:p>
            <w:pPr>
              <w:pStyle w:val="PromptText"/>
            </w:pPr>
            <w:r>
              <w:rPr>
                <w:b/>
              </w:rPr>
              <w:t>CORE CONCEPT — LANDMARK 70% + PAPERCUT LAYERING 30%.</w:t>
            </w:r>
          </w:p>
          <w:p>
            <w:pPr>
              <w:pStyle w:val="PromptText"/>
            </w:pPr>
            <w:r>
              <w:rPr>
                <w:b/>
              </w:rPr>
              <w:t>Recognizable Delhi landmarks first, papercut construction second. The viewer should immediately think:</w:t>
            </w:r>
          </w:p>
          <w:p>
            <w:pPr>
              <w:pStyle w:val="PromptText"/>
            </w:pPr>
            <w:r>
              <w:t>“This is Delhi.”</w:t>
            </w:r>
          </w:p>
          <w:p>
            <w:pPr>
              <w:pStyle w:val="PromptText"/>
            </w:pPr>
            <w:r>
              <w:rPr>
                <w:b/>
              </w:rPr>
              <w:t>LANDMARK PRIORITY</w:t>
            </w:r>
          </w:p>
          <w:p>
            <w:pPr>
              <w:pStyle w:val="PromptText"/>
            </w:pPr>
            <w:r>
              <w:t>Primary landmark 1 — INDIA GATE</w:t>
            </w:r>
          </w:p>
          <w:p>
            <w:pPr>
              <w:pStyle w:val="PromptText"/>
            </w:pPr>
            <w:r>
              <w:t>India Gate is the dominant hero landmark, occupying its own dedicated paper layer.</w:t>
            </w:r>
          </w:p>
          <w:p>
            <w:pPr>
              <w:pStyle w:val="PromptText"/>
            </w:pPr>
            <w:r>
              <w:t>Preserve its distinctive monumental sandstone silhouette: a tall symmetrical triumphal arch with broad rectangular shoulders, a large central arched opening, stepped upper crown and strong vertical proportions.</w:t>
            </w:r>
          </w:p>
          <w:p>
            <w:pPr>
              <w:pStyle w:val="PromptText"/>
            </w:pPr>
            <w:r>
              <w:t>Position India Gate prominently around the centre or slightly lower-centre of the composition so it becomes the immediate visual anchor.</w:t>
            </w:r>
          </w:p>
          <w:p>
            <w:pPr>
              <w:pStyle w:val="PromptText"/>
            </w:pPr>
            <w:r>
              <w:t>Simplify all carved inscriptions and tiny ornamentation. Do not simplify the architecture itself.</w:t>
            </w:r>
          </w:p>
          <w:p>
            <w:pPr>
              <w:pStyle w:val="PromptText"/>
            </w:pPr>
            <w:r>
              <w:t>India Gate must retain its tall rectangular mass, large central arch, stepped crown and unmistakable symmetrical proportions.</w:t>
            </w:r>
          </w:p>
          <w:p>
            <w:pPr>
              <w:pStyle w:val="PromptText"/>
            </w:pPr>
            <w:r>
              <w:t>Primary landmark 2 — QUTUB MINAR</w:t>
            </w:r>
          </w:p>
          <w:p>
            <w:pPr>
              <w:pStyle w:val="PromptText"/>
            </w:pPr>
            <w:r>
              <w:t>Place Qutub Minar on a separate paper layer, rising vertically behind or slightly to one side of India Gate.</w:t>
            </w:r>
          </w:p>
          <w:p>
            <w:pPr>
              <w:pStyle w:val="PromptText"/>
            </w:pPr>
            <w:r>
              <w:t>Preserve its extremely tall tapering cylindrical silhouette, multiple clearly separated balcony rings and narrowing stacked sections.</w:t>
            </w:r>
          </w:p>
          <w:p>
            <w:pPr>
              <w:pStyle w:val="PromptText"/>
            </w:pPr>
            <w:r>
              <w:t>Keep it visually secondary to India Gate but clearly recognizable.</w:t>
            </w:r>
          </w:p>
          <w:p>
            <w:pPr>
              <w:pStyle w:val="PromptText"/>
            </w:pPr>
            <w:r>
              <w:t>Qutub Minar must retain its slender tapering tower shape, tier divisions and projecting circular balconies.</w:t>
            </w:r>
          </w:p>
          <w:p>
            <w:pPr>
              <w:pStyle w:val="PromptText"/>
            </w:pPr>
            <w:r>
              <w:rPr>
                <w:b/>
              </w:rPr>
              <w:t>SECONDARY ELEMENT STACKING ORDER</w:t>
            </w:r>
          </w:p>
          <w:p>
            <w:pPr>
              <w:pStyle w:val="PromptText"/>
            </w:pPr>
            <w:r>
              <w:rPr>
                <w:b/>
              </w:rPr>
              <w:t>Build Delhi using approximately seven physical paper layers, back to front:</w:t>
            </w:r>
          </w:p>
          <w:p>
            <w:pPr>
              <w:pStyle w:val="PromptText"/>
            </w:pPr>
            <w:r>
              <w:rPr>
                <w:b/>
              </w:rPr>
              <w:t>Layer 1 — Back sky:</w:t>
              <w:br/>
            </w:r>
            <w:r>
              <w:t>a completely flat soft-cream paper sky covering the entire background.</w:t>
            </w:r>
          </w:p>
          <w:p>
            <w:pPr>
              <w:pStyle w:val="PromptText"/>
            </w:pPr>
            <w:r>
              <w:rPr>
                <w:b/>
              </w:rPr>
              <w:t>Layer 2 — Distant Delhi skyline:</w:t>
              <w:br/>
            </w:r>
            <w:r>
              <w:t>minimal silhouettes of distant government buildings, domes and low urban forms in pale sky blue.</w:t>
            </w:r>
          </w:p>
          <w:p>
            <w:pPr>
              <w:pStyle w:val="PromptText"/>
            </w:pPr>
            <w:r>
              <w:rPr>
                <w:b/>
              </w:rPr>
              <w:t>Layer 3 — Heritage architecture:</w:t>
              <w:br/>
            </w:r>
            <w:r>
              <w:t>simplified Red Fort-inspired crenellated walls, Mughal arches and distant Jama Masjid-style domes/minarets in muted coral or warm sandstone.</w:t>
            </w:r>
          </w:p>
          <w:p>
            <w:pPr>
              <w:pStyle w:val="PromptText"/>
            </w:pPr>
            <w:r>
              <w:t>Keep these elements subtle and clearly secondary.</w:t>
            </w:r>
          </w:p>
          <w:p>
            <w:pPr>
              <w:pStyle w:val="PromptText"/>
            </w:pPr>
            <w:r>
              <w:rPr>
                <w:b/>
              </w:rPr>
              <w:t>Layer 4 — Qutub Minar:</w:t>
              <w:br/>
            </w:r>
            <w:r>
              <w:t>its own distinct paper layer rising vertically above the lower architectural mass.</w:t>
            </w:r>
          </w:p>
          <w:p>
            <w:pPr>
              <w:pStyle w:val="PromptText"/>
            </w:pPr>
            <w:r>
              <w:rPr>
                <w:b/>
              </w:rPr>
              <w:t>Layer 5 — India Gate:</w:t>
              <w:br/>
            </w:r>
            <w:r>
              <w:t>the dominant architectural layer, large, clean and immediately recognizable.</w:t>
            </w:r>
          </w:p>
          <w:p>
            <w:pPr>
              <w:pStyle w:val="PromptText"/>
            </w:pPr>
            <w:r>
              <w:rPr>
                <w:b/>
              </w:rPr>
              <w:t>Layer 6 — Delhi greenery and boulevard:</w:t>
              <w:br/>
            </w:r>
            <w:r>
              <w:t>layered tree canopies, clipped foliage and simplified avenue landscaping inspired by central Delhi.</w:t>
            </w:r>
          </w:p>
          <w:p>
            <w:pPr>
              <w:pStyle w:val="PromptText"/>
            </w:pPr>
            <w:r>
              <w:rPr>
                <w:b/>
              </w:rPr>
              <w:t>Layer 7 — Foreground:</w:t>
              <w:br/>
            </w:r>
            <w:r>
              <w:t>one bold deep-navy cut-paper layer consisting of low foliage, boulevard planting or a gently curved ground edge extending naturally across the entire bottom of the composition.</w:t>
            </w:r>
          </w:p>
          <w:p>
            <w:pPr>
              <w:pStyle w:val="PromptText"/>
            </w:pPr>
            <w:r>
              <w:t>Do NOT create vertical foreground borders on the left or right.</w:t>
            </w:r>
          </w:p>
          <w:p>
            <w:pPr>
              <w:pStyle w:val="PromptText"/>
            </w:pPr>
            <w:r>
              <w:rPr>
                <w:b/>
              </w:rPr>
              <w:t>PAPERCUT CONSTRUCTION</w:t>
            </w:r>
          </w:p>
          <w:p>
            <w:pPr>
              <w:pStyle w:val="PromptText"/>
            </w:pPr>
            <w:r>
              <w:t>The complete image must be built from SIX TO EIGHT clearly distinguishable physical paper layers.</w:t>
            </w:r>
          </w:p>
          <w:p>
            <w:pPr>
              <w:pStyle w:val="PromptText"/>
            </w:pPr>
            <w:r>
              <w:t>Each layer uses ONE SINGLE FLAT PAPER COLOUR.</w:t>
            </w:r>
          </w:p>
          <w:p>
            <w:pPr>
              <w:pStyle w:val="PromptText"/>
            </w:pPr>
            <w:r>
              <w:t>No gradients.</w:t>
            </w:r>
          </w:p>
          <w:p>
            <w:pPr>
              <w:pStyle w:val="PromptText"/>
            </w:pPr>
            <w:r>
              <w:t>No painted shading.</w:t>
            </w:r>
          </w:p>
          <w:p>
            <w:pPr>
              <w:pStyle w:val="PromptText"/>
            </w:pPr>
            <w:r>
              <w:t>No colour variation inside an individual piece of paper.</w:t>
            </w:r>
          </w:p>
          <w:p>
            <w:pPr>
              <w:pStyle w:val="PromptText"/>
            </w:pPr>
            <w:r>
              <w:rPr>
                <w:b/>
              </w:rPr>
              <w:t>Depth comes ONLY from:</w:t>
            </w:r>
          </w:p>
          <w:p>
            <w:pPr>
              <w:pStyle w:val="PromptText"/>
            </w:pPr>
            <w:r>
              <w:t>- physical separation between stacked paper layers</w:t>
              <w:br/>
            </w:r>
            <w:r>
              <w:t>- short soft shadows falling onto the layer immediately behind</w:t>
              <w:br/>
            </w:r>
            <w:r>
              <w:t>- tiny visible paper thickness along cut edges</w:t>
            </w:r>
          </w:p>
          <w:p>
            <w:pPr>
              <w:pStyle w:val="PromptText"/>
            </w:pPr>
            <w:r>
              <w:t>Every overlapping layer casts a SOFT, SHORT, DIFFUSE shadow.</w:t>
            </w:r>
          </w:p>
          <w:p>
            <w:pPr>
              <w:pStyle w:val="PromptText"/>
            </w:pPr>
            <w:r>
              <w:t>Shadows should feel physically realistic and subtle, never like Photoshop drop shadows.</w:t>
            </w:r>
          </w:p>
          <w:p>
            <w:pPr>
              <w:pStyle w:val="PromptText"/>
            </w:pPr>
            <w:r>
              <w:t>Shadows exist primarily inside the small gaps between overlapping paper layers. Never paint shadows or highlights onto the surface of a paper shape.</w:t>
            </w:r>
          </w:p>
          <w:p>
            <w:pPr>
              <w:pStyle w:val="PromptText"/>
            </w:pPr>
            <w:r>
              <w:rPr>
                <w:b/>
              </w:rPr>
              <w:t>CUT-THROUGH DETAIL</w:t>
            </w:r>
          </w:p>
          <w:p>
            <w:pPr>
              <w:pStyle w:val="PromptText"/>
            </w:pPr>
            <w:r>
              <w:t>Architectural detail must be achieved through actual paper cutting.</w:t>
            </w:r>
          </w:p>
          <w:p>
            <w:pPr>
              <w:pStyle w:val="PromptText"/>
            </w:pPr>
            <w:r>
              <w:t>India Gate's central arch must be a genuine cut-out opening revealing the layer underneath.</w:t>
            </w:r>
          </w:p>
          <w:p>
            <w:pPr>
              <w:pStyle w:val="PromptText"/>
            </w:pPr>
            <w:r>
              <w:t>Qutub Minar's balcony separations and selected openings should be represented using simplified cut shapes.</w:t>
            </w:r>
          </w:p>
          <w:p>
            <w:pPr>
              <w:pStyle w:val="PromptText"/>
            </w:pPr>
            <w:r>
              <w:t>Mughal arches, windows, railings, crenellations and architectural openings must be CUT HOLES, not painted lines.</w:t>
            </w:r>
          </w:p>
          <w:p>
            <w:pPr>
              <w:pStyle w:val="PromptText"/>
            </w:pPr>
            <w:r>
              <w:t>Every visible contour should feel physically cut from thick premium art paper.</w:t>
            </w:r>
          </w:p>
          <w:p>
            <w:pPr>
              <w:pStyle w:val="PromptText"/>
            </w:pPr>
            <w:r>
              <w:rPr>
                <w:b/>
              </w:rPr>
              <w:t>COMPOSITION</w:t>
            </w:r>
          </w:p>
          <w:p>
            <w:pPr>
              <w:pStyle w:val="PromptText"/>
            </w:pPr>
            <w:r>
              <w:t>Use a perfectly front-facing, centred, orthographic-looking camera view.</w:t>
            </w:r>
          </w:p>
          <w:p>
            <w:pPr>
              <w:pStyle w:val="PromptText"/>
            </w:pPr>
            <w:r>
              <w:t>No oblique camera angle.</w:t>
            </w:r>
          </w:p>
          <w:p>
            <w:pPr>
              <w:pStyle w:val="PromptText"/>
            </w:pPr>
            <w:r>
              <w:t>No tabletop perspective.</w:t>
            </w:r>
          </w:p>
          <w:p>
            <w:pPr>
              <w:pStyle w:val="PromptText"/>
            </w:pPr>
            <w:r>
              <w:t>No visible studio environment.</w:t>
            </w:r>
          </w:p>
          <w:p>
            <w:pPr>
              <w:pStyle w:val="PromptText"/>
            </w:pPr>
            <w:r>
              <w:t>No picture frame.</w:t>
            </w:r>
          </w:p>
          <w:p>
            <w:pPr>
              <w:pStyle w:val="PromptText"/>
            </w:pPr>
            <w:r>
              <w:t>No white outer border.</w:t>
            </w:r>
          </w:p>
          <w:p>
            <w:pPr>
              <w:pStyle w:val="PromptText"/>
            </w:pPr>
            <w:r>
              <w:t>No left or right border strips.</w:t>
            </w:r>
          </w:p>
          <w:p>
            <w:pPr>
              <w:pStyle w:val="PromptText"/>
            </w:pPr>
            <w:r>
              <w:t>The composition runs edge-to-edge horizontally.</w:t>
            </w:r>
          </w:p>
          <w:p>
            <w:pPr>
              <w:pStyle w:val="PromptText"/>
            </w:pPr>
            <w:r>
              <w:t>Reserve approximately the upper 35–40% for the cream sky and city title.</w:t>
            </w:r>
          </w:p>
          <w:p>
            <w:pPr>
              <w:pStyle w:val="PromptText"/>
            </w:pPr>
            <w:r>
              <w:rPr>
                <w:b/>
              </w:rPr>
              <w:t>Place only:</w:t>
            </w:r>
          </w:p>
          <w:p>
            <w:pPr>
              <w:pStyle w:val="PromptText"/>
            </w:pPr>
            <w:r>
              <w:rPr>
                <w:b/>
              </w:rPr>
              <w:t>DELHI</w:t>
            </w:r>
          </w:p>
          <w:p>
            <w:pPr>
              <w:pStyle w:val="PromptText"/>
            </w:pPr>
            <w:r>
              <w:t>at the upper centre.</w:t>
            </w:r>
          </w:p>
          <w:p>
            <w:pPr>
              <w:pStyle w:val="PromptText"/>
            </w:pPr>
            <w:r>
              <w:t>Render DELHI as individually cut uppercase sans-serif paper letters, generously spaced.</w:t>
            </w:r>
          </w:p>
          <w:p>
            <w:pPr>
              <w:pStyle w:val="PromptText"/>
            </w:pPr>
            <w:r>
              <w:t>The letters sit slightly in front of the cream sky layer and cast the same subtle physical shadows as the architectural layers.</w:t>
            </w:r>
          </w:p>
          <w:p>
            <w:pPr>
              <w:pStyle w:val="PromptText"/>
            </w:pPr>
            <w:r>
              <w:t>Below the title, allow Qutub Minar to rise upward while keeping enough negative space around the word DELHI.</w:t>
            </w:r>
          </w:p>
          <w:p>
            <w:pPr>
              <w:pStyle w:val="PromptText"/>
            </w:pPr>
            <w:r>
              <w:t>India Gate dominates the middle-lower composition.</w:t>
            </w:r>
          </w:p>
          <w:p>
            <w:pPr>
              <w:pStyle w:val="PromptText"/>
            </w:pPr>
            <w:r>
              <w:t>Supporting heritage architecture should never compete with the two primary landmarks.</w:t>
            </w:r>
          </w:p>
          <w:p>
            <w:pPr>
              <w:pStyle w:val="PromptText"/>
            </w:pPr>
            <w:r>
              <w:t>Do not allow foreground layers to obscure the defining silhouette of the primary landmark.</w:t>
            </w:r>
          </w:p>
          <w:p>
            <w:pPr>
              <w:pStyle w:val="PromptText"/>
            </w:pPr>
            <w:r>
              <w:rPr>
                <w:b/>
              </w:rPr>
              <w:t>COLOR PALETTE</w:t>
            </w:r>
          </w:p>
          <w:p>
            <w:pPr>
              <w:pStyle w:val="PromptText"/>
            </w:pPr>
            <w:r>
              <w:rPr>
                <w:b/>
              </w:rPr>
              <w:t>Use exactly the same cool art-paper family as the Kolkata poster series:</w:t>
            </w:r>
          </w:p>
          <w:p>
            <w:pPr>
              <w:pStyle w:val="PromptText"/>
            </w:pPr>
            <w:r>
              <w:t>- soft cream — background sky</w:t>
              <w:br/>
            </w:r>
            <w:r>
              <w:t>- pale sky blue</w:t>
              <w:br/>
            </w:r>
            <w:r>
              <w:t>- mineral blue</w:t>
              <w:br/>
            </w:r>
            <w:r>
              <w:t>- dusty teal</w:t>
              <w:br/>
            </w:r>
            <w:r>
              <w:t>- warm sandstone</w:t>
              <w:br/>
            </w:r>
            <w:r>
              <w:t>- muted coral</w:t>
              <w:br/>
            </w:r>
            <w:r>
              <w:t>- deep navy — strongest foreground layers</w:t>
            </w:r>
          </w:p>
          <w:p>
            <w:pPr>
              <w:pStyle w:val="PromptText"/>
            </w:pPr>
            <w:r>
              <w:t>Approximately seven paper colours total.</w:t>
            </w:r>
          </w:p>
          <w:p>
            <w:pPr>
              <w:pStyle w:val="PromptText"/>
            </w:pPr>
            <w:r>
              <w:t>Do NOT introduce traditional Indian saffron/orange/green colour schemes.</w:t>
            </w:r>
          </w:p>
          <w:p>
            <w:pPr>
              <w:pStyle w:val="PromptText"/>
            </w:pPr>
            <w:r>
              <w:t>Do NOT make Delhi a warm red/yellow poster.</w:t>
            </w:r>
          </w:p>
          <w:p>
            <w:pPr>
              <w:pStyle w:val="PromptText"/>
            </w:pPr>
            <w:r>
              <w:t>The palette must stay visually consistent with the Kolkata piece so both artworks clearly belong to the same collectible destination series.</w:t>
            </w:r>
          </w:p>
          <w:p>
            <w:pPr>
              <w:pStyle w:val="PromptText"/>
            </w:pPr>
            <w:r>
              <w:rPr>
                <w:b/>
              </w:rPr>
              <w:t>LIGHTING</w:t>
            </w:r>
          </w:p>
          <w:p>
            <w:pPr>
              <w:pStyle w:val="PromptText"/>
            </w:pPr>
            <w:r>
              <w:t>Soft studio light comes consistently from the upper-left.</w:t>
            </w:r>
          </w:p>
          <w:p>
            <w:pPr>
              <w:pStyle w:val="PromptText"/>
            </w:pPr>
            <w:r>
              <w:t>Paper edges facing the light may show the barest hairline of thickness.</w:t>
            </w:r>
          </w:p>
          <w:p>
            <w:pPr>
              <w:pStyle w:val="PromptText"/>
            </w:pPr>
            <w:r>
              <w:t>Cast shadows fall gently toward the lower-right.</w:t>
            </w:r>
          </w:p>
          <w:p>
            <w:pPr>
              <w:pStyle w:val="PromptText"/>
            </w:pPr>
            <w:r>
              <w:t>Lighting must remain soft, quiet and physical.</w:t>
            </w:r>
          </w:p>
          <w:p>
            <w:pPr>
              <w:pStyle w:val="PromptText"/>
            </w:pPr>
            <w:r>
              <w:rPr>
                <w:b/>
              </w:rPr>
              <w:t>PAPER TEXTURE</w:t>
            </w:r>
          </w:p>
          <w:p>
            <w:pPr>
              <w:pStyle w:val="PromptText"/>
            </w:pPr>
            <w:r>
              <w:rPr>
                <w:b/>
              </w:rPr>
              <w:t>Premium matte coloured art paper with:</w:t>
            </w:r>
          </w:p>
          <w:p>
            <w:pPr>
              <w:pStyle w:val="PromptText"/>
            </w:pPr>
            <w:r>
              <w:t>fine even fibre tooth</w:t>
              <w:br/>
            </w:r>
            <w:r>
              <w:t>subtle tactile grain</w:t>
              <w:br/>
            </w:r>
            <w:r>
              <w:t>clean precision-cut edges</w:t>
              <w:br/>
            </w:r>
            <w:r>
              <w:t>tiny visible paper thickness</w:t>
              <w:br/>
            </w:r>
            <w:r>
              <w:t>gentle ambient occlusion where layers meet</w:t>
            </w:r>
          </w:p>
          <w:p>
            <w:pPr>
              <w:pStyle w:val="PromptText"/>
            </w:pPr>
            <w:r>
              <w:t>The paper should feel physically real when viewed closely.</w:t>
            </w:r>
          </w:p>
          <w:p>
            <w:pPr>
              <w:pStyle w:val="PromptText"/>
            </w:pPr>
            <w:r>
              <w:t>Clean and contemporary rather than rustic or handmade-crafty.</w:t>
            </w:r>
          </w:p>
          <w:p>
            <w:pPr>
              <w:pStyle w:val="PromptText"/>
            </w:pPr>
            <w:r>
              <w:rPr>
                <w:b/>
              </w:rPr>
              <w:t>STRICT CONSTRAINTS</w:t>
            </w:r>
          </w:p>
          <w:p>
            <w:pPr>
              <w:pStyle w:val="PromptText"/>
            </w:pPr>
            <w:r>
              <w:rPr>
                <w:b/>
              </w:rPr>
              <w:t>Exact spelling:</w:t>
            </w:r>
          </w:p>
          <w:p>
            <w:pPr>
              <w:pStyle w:val="PromptText"/>
            </w:pPr>
            <w:r>
              <w:rPr>
                <w:b/>
              </w:rPr>
              <w:t>DELHI</w:t>
            </w:r>
          </w:p>
          <w:p>
            <w:pPr>
              <w:pStyle w:val="PromptText"/>
            </w:pPr>
            <w:r>
              <w:t>No text other than DELHI.</w:t>
            </w:r>
          </w:p>
          <w:p>
            <w:pPr>
              <w:pStyle w:val="PromptText"/>
            </w:pPr>
            <w:r>
              <w:t>No left border.</w:t>
            </w:r>
          </w:p>
          <w:p>
            <w:pPr>
              <w:pStyle w:val="PromptText"/>
            </w:pPr>
            <w:r>
              <w:t>No right border.</w:t>
            </w:r>
          </w:p>
          <w:p>
            <w:pPr>
              <w:pStyle w:val="PromptText"/>
            </w:pPr>
            <w:r>
              <w:t>No surrounding paper frame.</w:t>
            </w:r>
          </w:p>
          <w:p>
            <w:pPr>
              <w:pStyle w:val="PromptText"/>
            </w:pPr>
            <w:r>
              <w:t>No poster mat.</w:t>
            </w:r>
          </w:p>
          <w:p>
            <w:pPr>
              <w:pStyle w:val="PromptText"/>
            </w:pPr>
            <w:r>
              <w:t>No vertical edge strips.</w:t>
            </w:r>
          </w:p>
          <w:p>
            <w:pPr>
              <w:pStyle w:val="PromptText"/>
            </w:pPr>
            <w:r>
              <w:t>No hard graphic shadows.</w:t>
            </w:r>
          </w:p>
          <w:p>
            <w:pPr>
              <w:pStyle w:val="PromptText"/>
            </w:pPr>
            <w:r>
              <w:t>No long dramatic shadows.</w:t>
            </w:r>
          </w:p>
          <w:p>
            <w:pPr>
              <w:pStyle w:val="PromptText"/>
            </w:pPr>
            <w:r>
              <w:t>No gradients inside paper layers.</w:t>
            </w:r>
          </w:p>
          <w:p>
            <w:pPr>
              <w:pStyle w:val="PromptText"/>
            </w:pPr>
            <w:r>
              <w:t>No internal shading.</w:t>
            </w:r>
          </w:p>
          <w:p>
            <w:pPr>
              <w:pStyle w:val="PromptText"/>
            </w:pPr>
            <w:r>
              <w:t>No atmospheric haze.</w:t>
            </w:r>
          </w:p>
          <w:p>
            <w:pPr>
              <w:pStyle w:val="PromptText"/>
            </w:pPr>
            <w:r>
              <w:t>No conventional perspective depth.</w:t>
            </w:r>
          </w:p>
          <w:p>
            <w:pPr>
              <w:pStyle w:val="PromptText"/>
            </w:pPr>
            <w:r>
              <w:t>No realistic photograph of Delhi.</w:t>
            </w:r>
          </w:p>
          <w:p>
            <w:pPr>
              <w:pStyle w:val="PromptText"/>
            </w:pPr>
            <w:r>
              <w:t>The landmarks themselves are simplified paper silhouettes, while the overall artwork should look like a real studio photograph of a physical paper-cut artwork.</w:t>
            </w:r>
          </w:p>
          <w:p>
            <w:pPr>
              <w:pStyle w:val="PromptText"/>
            </w:pPr>
            <w:r>
              <w:t>No CGI-looking plastic materials.</w:t>
            </w:r>
          </w:p>
          <w:p>
            <w:pPr>
              <w:pStyle w:val="PromptText"/>
            </w:pPr>
            <w:r>
              <w:t>No glow.</w:t>
            </w:r>
          </w:p>
          <w:p>
            <w:pPr>
              <w:pStyle w:val="PromptText"/>
            </w:pPr>
            <w:r>
              <w:t>No neon.</w:t>
            </w:r>
          </w:p>
          <w:p>
            <w:pPr>
              <w:pStyle w:val="PromptText"/>
            </w:pPr>
            <w:r>
              <w:t>No gold.</w:t>
            </w:r>
          </w:p>
          <w:p>
            <w:pPr>
              <w:pStyle w:val="PromptText"/>
            </w:pPr>
            <w:r>
              <w:t>No glitter.</w:t>
            </w:r>
          </w:p>
          <w:p>
            <w:pPr>
              <w:pStyle w:val="PromptText"/>
            </w:pPr>
            <w:r>
              <w:t>No sepia.</w:t>
            </w:r>
          </w:p>
          <w:p>
            <w:pPr>
              <w:pStyle w:val="PromptText"/>
            </w:pPr>
            <w:r>
              <w:t>No aged paper.</w:t>
            </w:r>
          </w:p>
          <w:p>
            <w:pPr>
              <w:pStyle w:val="PromptText"/>
            </w:pPr>
            <w:r>
              <w:t>No yellowed paper.</w:t>
            </w:r>
          </w:p>
          <w:p>
            <w:pPr>
              <w:pStyle w:val="PromptText"/>
            </w:pPr>
            <w:r>
              <w:t>No torn edges.</w:t>
            </w:r>
          </w:p>
          <w:p>
            <w:pPr>
              <w:pStyle w:val="PromptText"/>
            </w:pPr>
            <w:r>
              <w:t>No crumpled paper.</w:t>
            </w:r>
          </w:p>
          <w:p>
            <w:pPr>
              <w:pStyle w:val="PromptText"/>
            </w:pPr>
            <w:r>
              <w:t>No scrapbook styling.</w:t>
            </w:r>
          </w:p>
          <w:p>
            <w:pPr>
              <w:pStyle w:val="PromptText"/>
            </w:pPr>
            <w:r>
              <w:t>No travel stickers.</w:t>
            </w:r>
          </w:p>
          <w:p>
            <w:pPr>
              <w:pStyle w:val="PromptText"/>
            </w:pPr>
            <w:r>
              <w:t>No cartoon aesthetic.</w:t>
            </w:r>
          </w:p>
          <w:p>
            <w:pPr>
              <w:pStyle w:val="PromptText"/>
            </w:pPr>
            <w:r>
              <w:t>No cute characters.</w:t>
            </w:r>
          </w:p>
          <w:p>
            <w:pPr>
              <w:pStyle w:val="PromptText"/>
            </w:pPr>
            <w:r>
              <w:t>No decorative typography.</w:t>
            </w:r>
          </w:p>
          <w:p>
            <w:pPr>
              <w:pStyle w:val="PromptText"/>
            </w:pPr>
            <w:r>
              <w:t>No watermark.</w:t>
            </w:r>
          </w:p>
          <w:p>
            <w:pPr>
              <w:pStyle w:val="PromptText"/>
            </w:pPr>
            <w:r>
              <w:t>No logos.</w:t>
            </w:r>
          </w:p>
          <w:p>
            <w:pPr>
              <w:pStyle w:val="PromptText"/>
            </w:pPr>
            <w:r>
              <w:t>Final aesthetic: premium contemporary destination poster, unmistakably Delhi, landmark-led, tactile layered art paper, elegant negative space, restrained colour palette, precise handcrafted construction, collectible series consistency.</w:t>
            </w:r>
          </w:p>
        </w:tc>
      </w:tr>
    </w:tbl>
    <w:p>
      <w:r>
        <w:br w:type="page"/>
      </w:r>
    </w:p>
    <w:p>
      <w:pPr>
        <w:pStyle w:val="PromptTitle"/>
      </w:pPr>
      <w:r>
        <w:t>4. Benaras</w:t>
      </w:r>
    </w:p>
    <w:p>
      <w:pPr>
        <w:pStyle w:val="PromptSubtitle"/>
      </w:pPr>
      <w:r>
        <w:t>Ganga ghats + temple skyline + traditional boats; 3:4, edge-to-edge.</w:t>
      </w:r>
    </w:p>
    <w:tbl>
      <w:tblPr>
        <w:tblW w:type="auto" w:w="0"/>
        <w:tblLayout w:type="autofit"/>
        <w:tblLook w:firstColumn="1" w:firstRow="1" w:lastColumn="0" w:lastRow="0" w:noHBand="0" w:noVBand="1" w:val="04A0"/>
      </w:tblPr>
      <w:tblGrid>
        <w:gridCol w:w="10181"/>
      </w:tblGrid>
      <w:tr>
        <w:tc>
          <w:tcPr>
            <w:tcW w:type="dxa" w:w="10181"/>
            <w:shd w:fill="F2F6F8"/>
            <w:tcMar>
              <w:top w:w="110" w:type="dxa"/>
              <w:start w:w="160" w:type="dxa"/>
              <w:bottom w:w="110" w:type="dxa"/>
              <w:end w:w="160" w:type="dxa"/>
            </w:tcMar>
            <w:vAlign w:val="center"/>
          </w:tcPr>
          <w:p>
            <w:pPr>
              <w:pStyle w:val="PromptText"/>
            </w:pPr>
            <w:r>
              <w:rPr>
                <w:b/>
              </w:rPr>
              <w:t>DESTINATION LANDMARK-LED LAYERED PAPERCUT POSTER — BENARAS</w:t>
            </w:r>
          </w:p>
          <w:p>
            <w:pPr>
              <w:pStyle w:val="PromptText"/>
            </w:pPr>
            <w:r>
              <w:t>Create a tactile vertical travel art poster featuring Benaras, India, designed as a sophisticated layered cut-paper diorama.</w:t>
            </w:r>
          </w:p>
          <w:p>
            <w:pPr>
              <w:pStyle w:val="PromptText"/>
            </w:pPr>
            <w:r>
              <w:t>Aspect ratio: 3:4 vertical.</w:t>
            </w:r>
          </w:p>
          <w:p>
            <w:pPr>
              <w:pStyle w:val="PromptText"/>
            </w:pPr>
            <w:r>
              <w:t>The final artwork should look like a real handcrafted paper-cut composition photographed perfectly front-on: dimensional, soft, contemporary, premium and collectible.</w:t>
            </w:r>
          </w:p>
          <w:p>
            <w:pPr>
              <w:pStyle w:val="PromptText"/>
            </w:pPr>
            <w:r>
              <w:t>IMPORTANT — the artwork must extend naturally to the LEFT and RIGHT edges of the canvas. Do not create vertical side borders, outer paper-frame strips, margins or raised edge pieces.</w:t>
            </w:r>
          </w:p>
          <w:p>
            <w:pPr>
              <w:pStyle w:val="PromptText"/>
            </w:pPr>
            <w:r>
              <w:rPr>
                <w:b/>
              </w:rPr>
              <w:t>CORE CONCEPT — CITY IDENTITY 70% + PAPERCUT LAYERING 30%.</w:t>
            </w:r>
          </w:p>
          <w:p>
            <w:pPr>
              <w:pStyle w:val="PromptText"/>
            </w:pPr>
            <w:r>
              <w:t>Recognizable Benaras first, paper construction second.</w:t>
            </w:r>
          </w:p>
          <w:p>
            <w:pPr>
              <w:pStyle w:val="PromptText"/>
            </w:pPr>
            <w:r>
              <w:rPr>
                <w:b/>
              </w:rPr>
              <w:t>The viewer should immediately think:</w:t>
            </w:r>
          </w:p>
          <w:p>
            <w:pPr>
              <w:pStyle w:val="PromptText"/>
            </w:pPr>
            <w:r>
              <w:t>“This is Benaras.”</w:t>
            </w:r>
          </w:p>
          <w:p>
            <w:pPr>
              <w:pStyle w:val="PromptText"/>
            </w:pPr>
            <w:r>
              <w:rPr>
                <w:b/>
              </w:rPr>
              <w:t>LANDMARK PRIORITY</w:t>
            </w:r>
          </w:p>
          <w:p>
            <w:pPr>
              <w:pStyle w:val="PromptText"/>
            </w:pPr>
            <w:r>
              <w:t>Primary landmark — THE GANGA GHATS</w:t>
            </w:r>
          </w:p>
          <w:p>
            <w:pPr>
              <w:pStyle w:val="PromptText"/>
            </w:pPr>
            <w:r>
              <w:t>The stepped riverfront ghats are the dominant hero structure.</w:t>
            </w:r>
          </w:p>
          <w:p>
            <w:pPr>
              <w:pStyle w:val="PromptText"/>
            </w:pPr>
            <w:r>
              <w:rPr>
                <w:b/>
              </w:rPr>
              <w:t>Create a broad layered sequence of historic riverside architecture rising directly from the Ganga:</w:t>
            </w:r>
          </w:p>
          <w:p>
            <w:pPr>
              <w:pStyle w:val="PromptText"/>
            </w:pPr>
            <w:r>
              <w:t>wide stone steps descending toward the water</w:t>
              <w:br/>
            </w:r>
            <w:r>
              <w:t>closely packed heritage buildings</w:t>
              <w:br/>
            </w:r>
            <w:r>
              <w:t>temple façades</w:t>
              <w:br/>
            </w:r>
            <w:r>
              <w:t>balconies</w:t>
              <w:br/>
            </w:r>
            <w:r>
              <w:t>arched openings</w:t>
              <w:br/>
            </w:r>
            <w:r>
              <w:t>small domes</w:t>
              <w:br/>
            </w:r>
            <w:r>
              <w:t>tall narrow temple shikharas</w:t>
              <w:br/>
            </w:r>
            <w:r>
              <w:t>terraces stacked one above another</w:t>
            </w:r>
          </w:p>
          <w:p>
            <w:pPr>
              <w:pStyle w:val="PromptText"/>
            </w:pPr>
            <w:r>
              <w:t>The stepped ghats should stretch horizontally across much of the middle composition and form the unmistakable visual identity of Benaras.</w:t>
            </w:r>
          </w:p>
          <w:p>
            <w:pPr>
              <w:pStyle w:val="PromptText"/>
            </w:pPr>
            <w:r>
              <w:t>Do not depict them as generic stairs.</w:t>
            </w:r>
          </w:p>
          <w:p>
            <w:pPr>
              <w:pStyle w:val="PromptText"/>
            </w:pPr>
            <w:r>
              <w:t>They must feel like a dense historic riverfront built organically over centuries.</w:t>
            </w:r>
          </w:p>
          <w:p>
            <w:pPr>
              <w:pStyle w:val="PromptText"/>
            </w:pPr>
            <w:r>
              <w:t>The stepped ghats, clustered riverside architecture and temple spires must remain unmistakably recognizable even after simplification.</w:t>
            </w:r>
          </w:p>
          <w:p>
            <w:pPr>
              <w:pStyle w:val="PromptText"/>
            </w:pPr>
            <w:r>
              <w:rPr>
                <w:b/>
              </w:rPr>
              <w:t>SECONDARY LANDMARK ELEMENT</w:t>
            </w:r>
          </w:p>
          <w:p>
            <w:pPr>
              <w:pStyle w:val="PromptText"/>
            </w:pPr>
            <w:r>
              <w:t>Include one prominent traditional North Indian temple shikhara rising above the riverside buildings on its own dedicated paper layer.</w:t>
            </w:r>
          </w:p>
          <w:p>
            <w:pPr>
              <w:pStyle w:val="PromptText"/>
            </w:pPr>
            <w:r>
              <w:t>The shikhara should have a tall tapering vertical profile with repeated stepped ridges and a small finial at the top.</w:t>
            </w:r>
          </w:p>
          <w:p>
            <w:pPr>
              <w:pStyle w:val="PromptText"/>
            </w:pPr>
            <w:r>
              <w:t>Do not make it excessively dominant.</w:t>
            </w:r>
          </w:p>
          <w:p>
            <w:pPr>
              <w:pStyle w:val="PromptText"/>
            </w:pPr>
            <w:r>
              <w:t>It should reinforce the Benaras skyline rather than compete with the full ghat composition.</w:t>
            </w:r>
          </w:p>
          <w:p>
            <w:pPr>
              <w:pStyle w:val="PromptText"/>
            </w:pPr>
            <w:r>
              <w:rPr>
                <w:b/>
              </w:rPr>
              <w:t>SECONDARY ELEMENT STACKING ORDER</w:t>
            </w:r>
          </w:p>
          <w:p>
            <w:pPr>
              <w:pStyle w:val="PromptText"/>
            </w:pPr>
            <w:r>
              <w:rPr>
                <w:b/>
              </w:rPr>
              <w:t>Build Benaras using approximately seven distinct physical paper layers, back to front:</w:t>
            </w:r>
          </w:p>
          <w:p>
            <w:pPr>
              <w:pStyle w:val="PromptText"/>
            </w:pPr>
            <w:r>
              <w:t>Layer 1 — Back sky</w:t>
            </w:r>
          </w:p>
          <w:p>
            <w:pPr>
              <w:pStyle w:val="PromptText"/>
            </w:pPr>
            <w:r>
              <w:t>A completely flat soft-cream paper sky occupying roughly the upper 35–40% of the composition.</w:t>
            </w:r>
          </w:p>
          <w:p>
            <w:pPr>
              <w:pStyle w:val="PromptText"/>
            </w:pPr>
            <w:r>
              <w:t>Layer 2 — Distant old-city skyline</w:t>
            </w:r>
          </w:p>
          <w:p>
            <w:pPr>
              <w:pStyle w:val="PromptText"/>
            </w:pPr>
            <w:r>
              <w:t>Simplified silhouettes of narrow historic buildings, small domes, rooftop pavilions and temple spires in pale sky blue.</w:t>
            </w:r>
          </w:p>
          <w:p>
            <w:pPr>
              <w:pStyle w:val="PromptText"/>
            </w:pPr>
            <w:r>
              <w:t>Layer 3 — Temple skyline</w:t>
            </w:r>
          </w:p>
          <w:p>
            <w:pPr>
              <w:pStyle w:val="PromptText"/>
            </w:pPr>
            <w:r>
              <w:t>A series of more recognizable shikharas, domes and heritage façades in muted coral and warm sandstone.</w:t>
            </w:r>
          </w:p>
          <w:p>
            <w:pPr>
              <w:pStyle w:val="PromptText"/>
            </w:pPr>
            <w:r>
              <w:t>Keep them varied in height so the skyline feels organic rather than symmetrical.</w:t>
            </w:r>
          </w:p>
          <w:p>
            <w:pPr>
              <w:pStyle w:val="PromptText"/>
            </w:pPr>
            <w:r>
              <w:t>Layer 4 — Main riverside buildings</w:t>
            </w:r>
          </w:p>
          <w:p>
            <w:pPr>
              <w:pStyle w:val="PromptText"/>
            </w:pPr>
            <w:r>
              <w:t>Closely packed multi-level ghat architecture with balconies, arcades, arched windows, terraces and stair towers.</w:t>
            </w:r>
          </w:p>
          <w:p>
            <w:pPr>
              <w:pStyle w:val="PromptText"/>
            </w:pPr>
            <w:r>
              <w:t>Use dusty teal, sandstone and muted coral paper layers.</w:t>
            </w:r>
          </w:p>
          <w:p>
            <w:pPr>
              <w:pStyle w:val="PromptText"/>
            </w:pPr>
            <w:r>
              <w:t>Layer 5 — Hero ghat steps</w:t>
            </w:r>
          </w:p>
          <w:p>
            <w:pPr>
              <w:pStyle w:val="PromptText"/>
            </w:pPr>
            <w:r>
              <w:t>Large cascading steps descending toward the river.</w:t>
            </w:r>
          </w:p>
          <w:p>
            <w:pPr>
              <w:pStyle w:val="PromptText"/>
            </w:pPr>
            <w:r>
              <w:t>Use broad, clean geometric bands rather than tiny decorative details.</w:t>
            </w:r>
          </w:p>
          <w:p>
            <w:pPr>
              <w:pStyle w:val="PromptText"/>
            </w:pPr>
            <w:r>
              <w:t>The steps should clearly lead toward the Ganga.</w:t>
            </w:r>
          </w:p>
          <w:p>
            <w:pPr>
              <w:pStyle w:val="PromptText"/>
            </w:pPr>
            <w:r>
              <w:t>Layer 6 — Ganga river</w:t>
            </w:r>
          </w:p>
          <w:p>
            <w:pPr>
              <w:pStyle w:val="PromptText"/>
            </w:pPr>
            <w:r>
              <w:t>A wide mineral-blue paper layer across the lower third of the composition.</w:t>
            </w:r>
          </w:p>
          <w:p>
            <w:pPr>
              <w:pStyle w:val="PromptText"/>
            </w:pPr>
            <w:r>
              <w:t>Add only a few elegant cut-paper ripple openings or thin cut shapes.</w:t>
            </w:r>
          </w:p>
          <w:p>
            <w:pPr>
              <w:pStyle w:val="PromptText"/>
            </w:pPr>
            <w:r>
              <w:t>Do not paint water texture.</w:t>
            </w:r>
          </w:p>
          <w:p>
            <w:pPr>
              <w:pStyle w:val="PromptText"/>
            </w:pPr>
            <w:r>
              <w:t>Layer 7 — Foreground boats</w:t>
            </w:r>
          </w:p>
          <w:p>
            <w:pPr>
              <w:pStyle w:val="PromptText"/>
            </w:pPr>
            <w:r>
              <w:t>Place one or two traditional wooden Benaras rowing boats in the lower foreground.</w:t>
            </w:r>
          </w:p>
          <w:p>
            <w:pPr>
              <w:pStyle w:val="PromptText"/>
            </w:pPr>
            <w:r>
              <w:t>Use deep navy paper.</w:t>
            </w:r>
          </w:p>
          <w:p>
            <w:pPr>
              <w:pStyle w:val="PromptText"/>
            </w:pPr>
            <w:r>
              <w:t>One boat may carry two or three tiny simplified human silhouettes.</w:t>
            </w:r>
          </w:p>
          <w:p>
            <w:pPr>
              <w:pStyle w:val="PromptText"/>
            </w:pPr>
            <w:r>
              <w:t>Keep people extremely minimal and secondary.</w:t>
            </w:r>
          </w:p>
          <w:p>
            <w:pPr>
              <w:pStyle w:val="PromptText"/>
            </w:pPr>
            <w:r>
              <w:t>Finish with ONE low foreground cut edge of foliage, riverbank railing or boat silhouette.</w:t>
            </w:r>
          </w:p>
          <w:p>
            <w:pPr>
              <w:pStyle w:val="PromptText"/>
            </w:pPr>
            <w:r>
              <w:t>Do NOT create vertical foreground strips on the left or right.</w:t>
            </w:r>
          </w:p>
          <w:p>
            <w:pPr>
              <w:pStyle w:val="PromptText"/>
            </w:pPr>
            <w:r>
              <w:rPr>
                <w:b/>
              </w:rPr>
              <w:t>OPTIONAL BENARAS DETAILS</w:t>
            </w:r>
          </w:p>
          <w:p>
            <w:pPr>
              <w:pStyle w:val="PromptText"/>
            </w:pPr>
            <w:r>
              <w:rPr>
                <w:b/>
              </w:rPr>
              <w:t>Subtly include:</w:t>
            </w:r>
          </w:p>
          <w:p>
            <w:pPr>
              <w:pStyle w:val="PromptText"/>
            </w:pPr>
            <w:r>
              <w:t>small riverfront umbrellas</w:t>
              <w:br/>
            </w:r>
            <w:r>
              <w:t>tiny temple flags</w:t>
              <w:br/>
            </w:r>
            <w:r>
              <w:t>one traditional wooden boat</w:t>
              <w:br/>
            </w:r>
            <w:r>
              <w:t>simple birds in the sky</w:t>
              <w:br/>
            </w:r>
            <w:r>
              <w:t>a few tiny human silhouettes on the steps</w:t>
              <w:br/>
            </w:r>
            <w:r>
              <w:t>small cut-out diya shapes near the river edge</w:t>
            </w:r>
          </w:p>
          <w:p>
            <w:pPr>
              <w:pStyle w:val="PromptText"/>
            </w:pPr>
            <w:r>
              <w:t>These details must remain understated.</w:t>
            </w:r>
          </w:p>
          <w:p>
            <w:pPr>
              <w:pStyle w:val="PromptText"/>
            </w:pPr>
            <w:r>
              <w:t>Do NOT turn the poster into a festival illustration.</w:t>
            </w:r>
          </w:p>
          <w:p>
            <w:pPr>
              <w:pStyle w:val="PromptText"/>
            </w:pPr>
            <w:r>
              <w:rPr>
                <w:b/>
              </w:rPr>
              <w:t>PAPERCUT CONSTRUCTION</w:t>
            </w:r>
          </w:p>
          <w:p>
            <w:pPr>
              <w:pStyle w:val="PromptText"/>
            </w:pPr>
            <w:r>
              <w:t>The complete image must be built from SIX TO EIGHT clearly distinguishable physical paper layers.</w:t>
            </w:r>
          </w:p>
          <w:p>
            <w:pPr>
              <w:pStyle w:val="PromptText"/>
            </w:pPr>
            <w:r>
              <w:t>Each layer uses ONE SINGLE FLAT PAPER COLOUR.</w:t>
            </w:r>
          </w:p>
          <w:p>
            <w:pPr>
              <w:pStyle w:val="PromptText"/>
            </w:pPr>
            <w:r>
              <w:t>No gradients.</w:t>
            </w:r>
          </w:p>
          <w:p>
            <w:pPr>
              <w:pStyle w:val="PromptText"/>
            </w:pPr>
            <w:r>
              <w:t>No painted shading.</w:t>
            </w:r>
          </w:p>
          <w:p>
            <w:pPr>
              <w:pStyle w:val="PromptText"/>
            </w:pPr>
            <w:r>
              <w:t>No colour modulation within a paper layer.</w:t>
            </w:r>
          </w:p>
          <w:p>
            <w:pPr>
              <w:pStyle w:val="PromptText"/>
            </w:pPr>
            <w:r>
              <w:rPr>
                <w:b/>
              </w:rPr>
              <w:t>Depth comes ONLY from:</w:t>
            </w:r>
          </w:p>
          <w:p>
            <w:pPr>
              <w:pStyle w:val="PromptText"/>
            </w:pPr>
            <w:r>
              <w:t>physical separation between stacked paper</w:t>
              <w:br/>
            </w:r>
            <w:r>
              <w:t>short soft cast shadows</w:t>
              <w:br/>
            </w:r>
            <w:r>
              <w:t>tiny visible thickness along cut edges</w:t>
            </w:r>
          </w:p>
          <w:p>
            <w:pPr>
              <w:pStyle w:val="PromptText"/>
            </w:pPr>
            <w:r>
              <w:t>Every overlapping layer casts a SOFT, SHORT, DIFFUSE shadow onto the layer directly behind it.</w:t>
            </w:r>
          </w:p>
          <w:p>
            <w:pPr>
              <w:pStyle w:val="PromptText"/>
            </w:pPr>
            <w:r>
              <w:t>Shadows should feel physically real and subtle.</w:t>
            </w:r>
          </w:p>
          <w:p>
            <w:pPr>
              <w:pStyle w:val="PromptText"/>
            </w:pPr>
            <w:r>
              <w:t>Never use long dramatic shadows.</w:t>
            </w:r>
          </w:p>
          <w:p>
            <w:pPr>
              <w:pStyle w:val="PromptText"/>
            </w:pPr>
            <w:r>
              <w:t>Never paint shadows directly onto a paper surface.</w:t>
            </w:r>
          </w:p>
          <w:p>
            <w:pPr>
              <w:pStyle w:val="PromptText"/>
            </w:pPr>
            <w:r>
              <w:rPr>
                <w:b/>
              </w:rPr>
              <w:t>CUT-THROUGH DETAIL</w:t>
            </w:r>
          </w:p>
          <w:p>
            <w:pPr>
              <w:pStyle w:val="PromptText"/>
            </w:pPr>
            <w:r>
              <w:t>Architectural detail must be created by physically cutting through the paper.</w:t>
            </w:r>
          </w:p>
          <w:p>
            <w:pPr>
              <w:pStyle w:val="PromptText"/>
            </w:pPr>
            <w:r>
              <w:t>Arches, windows, balconies, temple openings, railings and gaps beneath pavilions must be CUT HOLES revealing the layer underneath.</w:t>
            </w:r>
          </w:p>
          <w:p>
            <w:pPr>
              <w:pStyle w:val="PromptText"/>
            </w:pPr>
            <w:r>
              <w:t>Do not paint window lines.</w:t>
            </w:r>
          </w:p>
          <w:p>
            <w:pPr>
              <w:pStyle w:val="PromptText"/>
            </w:pPr>
            <w:r>
              <w:t>Do not draw architectural detail on top.</w:t>
            </w:r>
          </w:p>
          <w:p>
            <w:pPr>
              <w:pStyle w:val="PromptText"/>
            </w:pPr>
            <w:r>
              <w:t>Temple ribs and shikhara divisions should be simplified into cut shapes and stepped edges.</w:t>
            </w:r>
          </w:p>
          <w:p>
            <w:pPr>
              <w:pStyle w:val="PromptText"/>
            </w:pPr>
            <w:r>
              <w:t>The boat interiors and rail openings should also be created through cut-out negative space.</w:t>
            </w:r>
          </w:p>
          <w:p>
            <w:pPr>
              <w:pStyle w:val="PromptText"/>
            </w:pPr>
            <w:r>
              <w:t>Every contour must feel physically cut from thick premium art paper.</w:t>
            </w:r>
          </w:p>
          <w:p>
            <w:pPr>
              <w:pStyle w:val="PromptText"/>
            </w:pPr>
            <w:r>
              <w:rPr>
                <w:b/>
              </w:rPr>
              <w:t>COMPOSITION</w:t>
            </w:r>
          </w:p>
          <w:p>
            <w:pPr>
              <w:pStyle w:val="PromptText"/>
            </w:pPr>
            <w:r>
              <w:t>Use a perfectly front-facing, centred, orthographic-looking camera view.</w:t>
            </w:r>
          </w:p>
          <w:p>
            <w:pPr>
              <w:pStyle w:val="PromptText"/>
            </w:pPr>
            <w:r>
              <w:t>No oblique viewing angle.</w:t>
            </w:r>
          </w:p>
          <w:p>
            <w:pPr>
              <w:pStyle w:val="PromptText"/>
            </w:pPr>
            <w:r>
              <w:t>No tabletop perspective.</w:t>
            </w:r>
          </w:p>
          <w:p>
            <w:pPr>
              <w:pStyle w:val="PromptText"/>
            </w:pPr>
            <w:r>
              <w:t>No visible studio.</w:t>
            </w:r>
          </w:p>
          <w:p>
            <w:pPr>
              <w:pStyle w:val="PromptText"/>
            </w:pPr>
            <w:r>
              <w:t>No picture frame.</w:t>
            </w:r>
          </w:p>
          <w:p>
            <w:pPr>
              <w:pStyle w:val="PromptText"/>
            </w:pPr>
            <w:r>
              <w:t>No white mat.</w:t>
            </w:r>
          </w:p>
          <w:p>
            <w:pPr>
              <w:pStyle w:val="PromptText"/>
            </w:pPr>
            <w:r>
              <w:t>No side borders.</w:t>
            </w:r>
          </w:p>
          <w:p>
            <w:pPr>
              <w:pStyle w:val="PromptText"/>
            </w:pPr>
            <w:r>
              <w:t>The artwork runs edge-to-edge horizontally.</w:t>
            </w:r>
          </w:p>
          <w:p>
            <w:pPr>
              <w:pStyle w:val="PromptText"/>
            </w:pPr>
            <w:r>
              <w:t>Reserve approximately the upper 35–40% for the cream sky and title.</w:t>
            </w:r>
          </w:p>
          <w:p>
            <w:pPr>
              <w:pStyle w:val="PromptText"/>
            </w:pPr>
            <w:r>
              <w:rPr>
                <w:b/>
              </w:rPr>
              <w:t>At the upper centre place only:</w:t>
            </w:r>
          </w:p>
          <w:p>
            <w:pPr>
              <w:pStyle w:val="PromptText"/>
            </w:pPr>
            <w:r>
              <w:rPr>
                <w:b/>
              </w:rPr>
              <w:t>BENARAS</w:t>
            </w:r>
          </w:p>
          <w:p>
            <w:pPr>
              <w:pStyle w:val="PromptText"/>
            </w:pPr>
            <w:r>
              <w:t>Render BENARAS as individually cut uppercase sans-serif paper letters with generous letter spacing.</w:t>
            </w:r>
          </w:p>
          <w:p>
            <w:pPr>
              <w:pStyle w:val="PromptText"/>
            </w:pPr>
            <w:r>
              <w:t>The letters sit slightly in front of the sky layer and cast the same subtle physical shadows as the architectural forms.</w:t>
            </w:r>
          </w:p>
          <w:p>
            <w:pPr>
              <w:pStyle w:val="PromptText"/>
            </w:pPr>
            <w:r>
              <w:t>Below the title, build a layered skyline of temple spires and old-city architecture.</w:t>
            </w:r>
          </w:p>
          <w:p>
            <w:pPr>
              <w:pStyle w:val="PromptText"/>
            </w:pPr>
            <w:r>
              <w:t>The dense ghats occupy the centre of the frame.</w:t>
            </w:r>
          </w:p>
          <w:p>
            <w:pPr>
              <w:pStyle w:val="PromptText"/>
            </w:pPr>
            <w:r>
              <w:t>The steps descend toward the lower-third river.</w:t>
            </w:r>
          </w:p>
          <w:p>
            <w:pPr>
              <w:pStyle w:val="PromptText"/>
            </w:pPr>
            <w:r>
              <w:t>The Ganga occupies much of the lower portion.</w:t>
            </w:r>
          </w:p>
          <w:p>
            <w:pPr>
              <w:pStyle w:val="PromptText"/>
            </w:pPr>
            <w:r>
              <w:t>One traditional boat should sit prominently but elegantly in the lower foreground.</w:t>
            </w:r>
          </w:p>
          <w:p>
            <w:pPr>
              <w:pStyle w:val="PromptText"/>
            </w:pPr>
            <w:r>
              <w:t>Keep enough open river surface that the composition does not become visually crowded.</w:t>
            </w:r>
          </w:p>
          <w:p>
            <w:pPr>
              <w:pStyle w:val="PromptText"/>
            </w:pPr>
            <w:r>
              <w:rPr>
                <w:b/>
              </w:rPr>
              <w:t>COLOR PALETTE</w:t>
            </w:r>
          </w:p>
          <w:p>
            <w:pPr>
              <w:pStyle w:val="PromptText"/>
            </w:pPr>
            <w:r>
              <w:rPr>
                <w:b/>
              </w:rPr>
              <w:t>Keep the exact same destination-series paper palette:</w:t>
            </w:r>
          </w:p>
          <w:p>
            <w:pPr>
              <w:pStyle w:val="PromptText"/>
            </w:pPr>
            <w:r>
              <w:t>soft cream — back sky</w:t>
              <w:br/>
            </w:r>
            <w:r>
              <w:t>pale sky blue</w:t>
              <w:br/>
            </w:r>
            <w:r>
              <w:t>mineral blue</w:t>
              <w:br/>
            </w:r>
            <w:r>
              <w:t>dusty teal</w:t>
              <w:br/>
            </w:r>
            <w:r>
              <w:t>warm sandstone</w:t>
              <w:br/>
            </w:r>
            <w:r>
              <w:t>muted coral</w:t>
              <w:br/>
            </w:r>
            <w:r>
              <w:t>deep navy — foreground and strongest silhouettes</w:t>
            </w:r>
          </w:p>
          <w:p>
            <w:pPr>
              <w:pStyle w:val="PromptText"/>
            </w:pPr>
            <w:r>
              <w:t>Approximately seven colours total.</w:t>
            </w:r>
          </w:p>
          <w:p>
            <w:pPr>
              <w:pStyle w:val="PromptText"/>
            </w:pPr>
            <w:r>
              <w:t>Do NOT use bright saffron, fluorescent orange, strong yellow or multicoloured festival tones.</w:t>
            </w:r>
          </w:p>
          <w:p>
            <w:pPr>
              <w:pStyle w:val="PromptText"/>
            </w:pPr>
            <w:r>
              <w:t>The ghats may use sandstone and coral, but the overall image must remain cool, restrained and sophisticated.</w:t>
            </w:r>
          </w:p>
          <w:p>
            <w:pPr>
              <w:pStyle w:val="PromptText"/>
            </w:pPr>
            <w:r>
              <w:t>Maintain the same palette used for the Kolkata and Delhi posters so all three clearly belong to the same collectible series.</w:t>
            </w:r>
          </w:p>
          <w:p>
            <w:pPr>
              <w:pStyle w:val="PromptText"/>
            </w:pPr>
            <w:r>
              <w:rPr>
                <w:b/>
              </w:rPr>
              <w:t>LIGHTING</w:t>
            </w:r>
          </w:p>
          <w:p>
            <w:pPr>
              <w:pStyle w:val="PromptText"/>
            </w:pPr>
            <w:r>
              <w:t>Soft studio illumination from the upper-left.</w:t>
            </w:r>
          </w:p>
          <w:p>
            <w:pPr>
              <w:pStyle w:val="PromptText"/>
            </w:pPr>
            <w:r>
              <w:t>Tiny paper-edge highlights may appear along the upper-left edges.</w:t>
            </w:r>
          </w:p>
          <w:p>
            <w:pPr>
              <w:pStyle w:val="PromptText"/>
            </w:pPr>
            <w:r>
              <w:t>Shadows fall gently toward the lower-right.</w:t>
            </w:r>
          </w:p>
          <w:p>
            <w:pPr>
              <w:pStyle w:val="PromptText"/>
            </w:pPr>
            <w:r>
              <w:t>Lighting should remain even, quiet and premium.</w:t>
            </w:r>
          </w:p>
          <w:p>
            <w:pPr>
              <w:pStyle w:val="PromptText"/>
            </w:pPr>
            <w:r>
              <w:t>No dramatic spotlight.</w:t>
            </w:r>
          </w:p>
          <w:p>
            <w:pPr>
              <w:pStyle w:val="PromptText"/>
            </w:pPr>
            <w:r>
              <w:t>No glowing sunrise.</w:t>
            </w:r>
          </w:p>
          <w:p>
            <w:pPr>
              <w:pStyle w:val="PromptText"/>
            </w:pPr>
            <w:r>
              <w:t>No sunset gradient.</w:t>
            </w:r>
          </w:p>
          <w:p>
            <w:pPr>
              <w:pStyle w:val="PromptText"/>
            </w:pPr>
            <w:r>
              <w:rPr>
                <w:b/>
              </w:rPr>
              <w:t>PAPER TEXTURE</w:t>
            </w:r>
          </w:p>
          <w:p>
            <w:pPr>
              <w:pStyle w:val="PromptText"/>
            </w:pPr>
            <w:r>
              <w:rPr>
                <w:b/>
              </w:rPr>
              <w:t>Premium matte coloured art paper with:</w:t>
            </w:r>
          </w:p>
          <w:p>
            <w:pPr>
              <w:pStyle w:val="PromptText"/>
            </w:pPr>
            <w:r>
              <w:t>fine even fibre texture</w:t>
              <w:br/>
            </w:r>
            <w:r>
              <w:t>subtle paper tooth</w:t>
              <w:br/>
            </w:r>
            <w:r>
              <w:t>precise clean cut edges</w:t>
              <w:br/>
            </w:r>
            <w:r>
              <w:t>hairline visible paper thickness</w:t>
              <w:br/>
            </w:r>
            <w:r>
              <w:t>soft ambient occlusion between overlapping layers</w:t>
            </w:r>
          </w:p>
          <w:p>
            <w:pPr>
              <w:pStyle w:val="PromptText"/>
            </w:pPr>
            <w:r>
              <w:t>The material should feel physically real when viewed closely.</w:t>
            </w:r>
          </w:p>
          <w:p>
            <w:pPr>
              <w:pStyle w:val="PromptText"/>
            </w:pPr>
            <w:r>
              <w:t>Clean, contemporary craftsmanship.</w:t>
            </w:r>
          </w:p>
          <w:p>
            <w:pPr>
              <w:pStyle w:val="PromptText"/>
            </w:pPr>
            <w:r>
              <w:t>Not rustic.</w:t>
            </w:r>
          </w:p>
          <w:p>
            <w:pPr>
              <w:pStyle w:val="PromptText"/>
            </w:pPr>
            <w:r>
              <w:t>Not scrapbook-style.</w:t>
            </w:r>
          </w:p>
          <w:p>
            <w:pPr>
              <w:pStyle w:val="PromptText"/>
            </w:pPr>
            <w:r>
              <w:rPr>
                <w:b/>
              </w:rPr>
              <w:t>STRICT CONSTRAINTS</w:t>
            </w:r>
          </w:p>
          <w:p>
            <w:pPr>
              <w:pStyle w:val="PromptText"/>
            </w:pPr>
            <w:r>
              <w:rPr>
                <w:b/>
              </w:rPr>
              <w:t>Exact spelling:</w:t>
            </w:r>
          </w:p>
          <w:p>
            <w:pPr>
              <w:pStyle w:val="PromptText"/>
            </w:pPr>
            <w:r>
              <w:rPr>
                <w:b/>
              </w:rPr>
              <w:t>BENARAS</w:t>
            </w:r>
          </w:p>
          <w:p>
            <w:pPr>
              <w:pStyle w:val="PromptText"/>
            </w:pPr>
            <w:r>
              <w:t>No text other than BENARAS.</w:t>
            </w:r>
          </w:p>
          <w:p>
            <w:pPr>
              <w:pStyle w:val="PromptText"/>
            </w:pPr>
            <w:r>
              <w:t>No left border.</w:t>
            </w:r>
          </w:p>
          <w:p>
            <w:pPr>
              <w:pStyle w:val="PromptText"/>
            </w:pPr>
            <w:r>
              <w:t>No right border.</w:t>
            </w:r>
          </w:p>
          <w:p>
            <w:pPr>
              <w:pStyle w:val="PromptText"/>
            </w:pPr>
            <w:r>
              <w:t>No surrounding paper frame.</w:t>
            </w:r>
          </w:p>
          <w:p>
            <w:pPr>
              <w:pStyle w:val="PromptText"/>
            </w:pPr>
            <w:r>
              <w:t>No poster mat.</w:t>
            </w:r>
          </w:p>
          <w:p>
            <w:pPr>
              <w:pStyle w:val="PromptText"/>
            </w:pPr>
            <w:r>
              <w:t>No raised vertical edge strips.</w:t>
            </w:r>
          </w:p>
          <w:p>
            <w:pPr>
              <w:pStyle w:val="PromptText"/>
            </w:pPr>
            <w:r>
              <w:t>No hard drop shadows.</w:t>
            </w:r>
          </w:p>
          <w:p>
            <w:pPr>
              <w:pStyle w:val="PromptText"/>
            </w:pPr>
            <w:r>
              <w:t>No dramatic shadows.</w:t>
            </w:r>
          </w:p>
          <w:p>
            <w:pPr>
              <w:pStyle w:val="PromptText"/>
            </w:pPr>
            <w:r>
              <w:t>No gradients within a layer.</w:t>
            </w:r>
          </w:p>
          <w:p>
            <w:pPr>
              <w:pStyle w:val="PromptText"/>
            </w:pPr>
            <w:r>
              <w:t>No painted shading.</w:t>
            </w:r>
          </w:p>
          <w:p>
            <w:pPr>
              <w:pStyle w:val="PromptText"/>
            </w:pPr>
            <w:r>
              <w:t>No atmospheric haze.</w:t>
            </w:r>
          </w:p>
          <w:p>
            <w:pPr>
              <w:pStyle w:val="PromptText"/>
            </w:pPr>
            <w:r>
              <w:t>No conventional perspective.</w:t>
            </w:r>
          </w:p>
          <w:p>
            <w:pPr>
              <w:pStyle w:val="PromptText"/>
            </w:pPr>
            <w:r>
              <w:t>No realistic photograph of the actual ghats.</w:t>
            </w:r>
          </w:p>
          <w:p>
            <w:pPr>
              <w:pStyle w:val="PromptText"/>
            </w:pPr>
            <w:r>
              <w:t>The city architecture itself is simplified cut-paper geometry, while the finished poster should look like a real studio photograph of physically stacked premium art paper.</w:t>
            </w:r>
          </w:p>
          <w:p>
            <w:pPr>
              <w:pStyle w:val="PromptText"/>
            </w:pPr>
            <w:r>
              <w:t>No photorealistic water.</w:t>
            </w:r>
          </w:p>
          <w:p>
            <w:pPr>
              <w:pStyle w:val="PromptText"/>
            </w:pPr>
            <w:r>
              <w:t>No CGI plastic.</w:t>
            </w:r>
          </w:p>
          <w:p>
            <w:pPr>
              <w:pStyle w:val="PromptText"/>
            </w:pPr>
            <w:r>
              <w:t>No glow.</w:t>
            </w:r>
          </w:p>
          <w:p>
            <w:pPr>
              <w:pStyle w:val="PromptText"/>
            </w:pPr>
            <w:r>
              <w:t>No neon.</w:t>
            </w:r>
          </w:p>
          <w:p>
            <w:pPr>
              <w:pStyle w:val="PromptText"/>
            </w:pPr>
            <w:r>
              <w:t>No gold.</w:t>
            </w:r>
          </w:p>
          <w:p>
            <w:pPr>
              <w:pStyle w:val="PromptText"/>
            </w:pPr>
            <w:r>
              <w:t>No glitter.</w:t>
            </w:r>
          </w:p>
          <w:p>
            <w:pPr>
              <w:pStyle w:val="PromptText"/>
            </w:pPr>
            <w:r>
              <w:t>No metallic foil.</w:t>
            </w:r>
          </w:p>
          <w:p>
            <w:pPr>
              <w:pStyle w:val="PromptText"/>
            </w:pPr>
            <w:r>
              <w:t>No sepia.</w:t>
            </w:r>
          </w:p>
          <w:p>
            <w:pPr>
              <w:pStyle w:val="PromptText"/>
            </w:pPr>
            <w:r>
              <w:t>No brown vintage filter.</w:t>
            </w:r>
          </w:p>
          <w:p>
            <w:pPr>
              <w:pStyle w:val="PromptText"/>
            </w:pPr>
            <w:r>
              <w:t>No yellow aged paper.</w:t>
            </w:r>
          </w:p>
          <w:p>
            <w:pPr>
              <w:pStyle w:val="PromptText"/>
            </w:pPr>
            <w:r>
              <w:t>No tears.</w:t>
            </w:r>
          </w:p>
          <w:p>
            <w:pPr>
              <w:pStyle w:val="PromptText"/>
            </w:pPr>
            <w:r>
              <w:t>No crumpling.</w:t>
            </w:r>
          </w:p>
          <w:p>
            <w:pPr>
              <w:pStyle w:val="PromptText"/>
            </w:pPr>
            <w:r>
              <w:t>No distressed edges.</w:t>
            </w:r>
          </w:p>
          <w:p>
            <w:pPr>
              <w:pStyle w:val="PromptText"/>
            </w:pPr>
            <w:r>
              <w:t>No scrapbook style.</w:t>
            </w:r>
          </w:p>
          <w:p>
            <w:pPr>
              <w:pStyle w:val="PromptText"/>
            </w:pPr>
            <w:r>
              <w:t>No travel stickers.</w:t>
            </w:r>
          </w:p>
          <w:p>
            <w:pPr>
              <w:pStyle w:val="PromptText"/>
            </w:pPr>
            <w:r>
              <w:t>No cartoon aesthetic.</w:t>
            </w:r>
          </w:p>
          <w:p>
            <w:pPr>
              <w:pStyle w:val="PromptText"/>
            </w:pPr>
            <w:r>
              <w:t>No cute characters.</w:t>
            </w:r>
          </w:p>
          <w:p>
            <w:pPr>
              <w:pStyle w:val="PromptText"/>
            </w:pPr>
            <w:r>
              <w:t>No elaborate typography.</w:t>
            </w:r>
          </w:p>
          <w:p>
            <w:pPr>
              <w:pStyle w:val="PromptText"/>
            </w:pPr>
            <w:r>
              <w:t>No logos.</w:t>
            </w:r>
          </w:p>
          <w:p>
            <w:pPr>
              <w:pStyle w:val="PromptText"/>
            </w:pPr>
            <w:r>
              <w:t>No watermark.</w:t>
            </w:r>
          </w:p>
          <w:p>
            <w:pPr>
              <w:pStyle w:val="PromptText"/>
            </w:pPr>
            <w:r>
              <w:t>Final aesthetic: premium contemporary Benaras destination poster, unmistakable Ganga ghats, layered historic riverfront, temple skyline, traditional boat, restrained collectible colour system, precise tactile cut-paper craftsmanship.</w:t>
            </w:r>
          </w:p>
        </w:tc>
      </w:tr>
    </w:tbl>
    <w:p>
      <w:r>
        <w:br w:type="page"/>
      </w:r>
    </w:p>
    <w:p>
      <w:pPr>
        <w:pStyle w:val="PromptTitle"/>
      </w:pPr>
      <w:r>
        <w:t>5. Darjeeling</w:t>
      </w:r>
    </w:p>
    <w:p>
      <w:pPr>
        <w:pStyle w:val="PromptSubtitle"/>
      </w:pPr>
      <w:r>
        <w:t>Toy Train + tea gardens + Kanchenjunga; 3:4, edge-to-edge.</w:t>
      </w:r>
    </w:p>
    <w:tbl>
      <w:tblPr>
        <w:tblW w:type="auto" w:w="0"/>
        <w:tblLayout w:type="autofit"/>
        <w:tblLook w:firstColumn="1" w:firstRow="1" w:lastColumn="0" w:lastRow="0" w:noHBand="0" w:noVBand="1" w:val="04A0"/>
      </w:tblPr>
      <w:tblGrid>
        <w:gridCol w:w="10181"/>
      </w:tblGrid>
      <w:tr>
        <w:tc>
          <w:tcPr>
            <w:tcW w:type="dxa" w:w="10181"/>
            <w:shd w:fill="F2F6F8"/>
            <w:tcMar>
              <w:top w:w="110" w:type="dxa"/>
              <w:start w:w="160" w:type="dxa"/>
              <w:bottom w:w="110" w:type="dxa"/>
              <w:end w:w="160" w:type="dxa"/>
            </w:tcMar>
            <w:vAlign w:val="center"/>
          </w:tcPr>
          <w:p>
            <w:pPr>
              <w:pStyle w:val="PromptText"/>
            </w:pPr>
            <w:r>
              <w:rPr>
                <w:b/>
              </w:rPr>
              <w:t>DESTINATION LANDMARK-LED LAYERED PAPERCUT POSTER — DARJEELING</w:t>
            </w:r>
          </w:p>
          <w:p>
            <w:pPr>
              <w:pStyle w:val="PromptText"/>
            </w:pPr>
            <w:r>
              <w:t>Create a tactile vertical travel art poster featuring Darjeeling in the manner of a layered cut-paper diorama. Aspect ratio 3:4, dimensional, soft, crafted — a studio photograph of stacked cut paper lit gently from one side.</w:t>
            </w:r>
          </w:p>
          <w:p>
            <w:pPr>
              <w:pStyle w:val="PromptText"/>
            </w:pPr>
            <w:r>
              <w:t>IMPORTANT — the artwork must extend naturally to the LEFT and RIGHT edges of the canvas. Do not create vertical side borders, outer paper-frame strips, margins, or raised edge pieces.</w:t>
            </w:r>
          </w:p>
          <w:p>
            <w:pPr>
              <w:pStyle w:val="PromptText"/>
            </w:pPr>
            <w:r>
              <w:t>CORE CONCEPT — LANDMARK 70% + PAPERCUT LAYERING 30%. Recognizable Darjeeling first, papercut construction second. The viewer should immediately think: "This is Darjeeling."</w:t>
            </w:r>
          </w:p>
          <w:p>
            <w:pPr>
              <w:pStyle w:val="PromptText"/>
            </w:pPr>
            <w:r>
              <w:rPr>
                <w:b/>
              </w:rPr>
              <w:t>LANDMARK PRIORITY —</w:t>
            </w:r>
          </w:p>
          <w:p>
            <w:pPr>
              <w:pStyle w:val="PromptText"/>
            </w:pPr>
            <w:r>
              <w:rPr>
                <w:b/>
              </w:rPr>
              <w:t>Primary landmarks:</w:t>
              <w:br/>
            </w:r>
            <w:r>
              <w:t>1) Darjeeling Himalayan Railway toy train — the iconic small narrow-gauge mountain train with a compact steam-engine silhouette, carriages, visible wheels, and its unmistakable winding hill-rail character. It should occupy its own dedicated paper layer and be a major visual anchor.</w:t>
              <w:br/>
            </w:r>
            <w:r>
              <w:t>2) Tea garden hillside + Kanchenjunga backdrop — rolling stepped tea estates across the slopes, with the distant snow-capped Kanchenjunga massif clearly visible behind the town. These should each feel like distinct major forms, not generic hills.</w:t>
            </w:r>
          </w:p>
          <w:p>
            <w:pPr>
              <w:pStyle w:val="PromptText"/>
            </w:pPr>
            <w:r>
              <w:rPr>
                <w:b/>
              </w:rPr>
              <w:t>Secondary elements:</w:t>
              <w:br/>
            </w:r>
            <w:r>
              <w:t>Back to front stacking order: distant Kanchenjunga mountain silhouette, then soft Darjeeling hill-town skyline with clustered colonial hillside houses and rooftops, then a heritage station / hill-road retaining walls and pines, then terraced tea garden patterns, then the toy train track and train, then one foreground cut edge of foliage or hillside at the very front of the stack.</w:t>
            </w:r>
          </w:p>
          <w:p>
            <w:pPr>
              <w:pStyle w:val="PromptText"/>
            </w:pPr>
            <w:r>
              <w:t>The main landmarks retain their real-world silhouette and essential proportions and dominate everything around them. Simplify surface detail, never structure. The toy train must remain clearly recognizable as the Darjeeling Himalayan Railway, and Kanchenjunga must keep its wide snow-peak silhouette while the tea estates must retain their terraced stepped hill pattern.</w:t>
            </w:r>
          </w:p>
          <w:p>
            <w:pPr>
              <w:pStyle w:val="PromptText"/>
            </w:pPr>
            <w:r>
              <w:t>PAPERCUT TREATMENT — the image is built from SIX TO EIGHT distinct depth layers of cut paper, each a SINGLE FLAT COLOUR, stacked front to back with real physical separation between them. Every layer casts a SOFT, SHORT, DIFFUSE drop shadow onto the layer behind it — gentle, never hard or graphic, and these shadows are the ONLY thing describing depth. There is no perspective, no atmospheric haze and no rendering. Every edge is a cut edge: clean, crisp, with the barest suggestion of paper thickness catching the light along the top of each form. DETAIL IS ACHIEVED BY CUTTING THROUGH — train windows, wheel gaps, rail spacing, tea terrace separations, house openings, roof gaps, station arches, and pine-tree cutouts are cut HOLES revealing the layer behind, not painted marks. Light comes softly from the UPPER LEFT, consistent across all layers.</w:t>
            </w:r>
          </w:p>
          <w:p>
            <w:pPr>
              <w:pStyle w:val="PromptText"/>
            </w:pPr>
            <w:r>
              <w:t>COMPOSITION — upper 40% is the flat back sky layer. At upper centre place only: DARJEELING, rendered as individually CUT uppercase sans-serif letters with wide letter spacing, sitting slightly in front of the sky layer and casting the same soft shadow as everything else. Build the landscape across the middle and lower frame. Kanchenjunga should rise in the distance, the Darjeeling hill-town should sit below it, terraced tea gardens should flow across the middle, and the toy train should run prominently across the lower-middle portion of the composition. Keep the camera perfectly front-facing like a poster, not angled.</w:t>
            </w:r>
          </w:p>
          <w:p>
            <w:pPr>
              <w:pStyle w:val="PromptText"/>
            </w:pPr>
            <w:r>
              <w:t>COLOR PALETTE — Coloured art paper in a cool register: mineral blue, dusty teal, pale sky, warm sandstone, muted coral, deep navy for the front-most layers, and soft cream for the back sky layer. Roughly seven flat papers. Each layer is a single unmodulated colour — depth is described by shadow and stacking order, NEVER by shading within a layer. KEEP THIS PALETTE IDENTICAL ACROSS EVERY CITY — it is what makes the set read as one series.</w:t>
            </w:r>
          </w:p>
          <w:p>
            <w:pPr>
              <w:pStyle w:val="PromptText"/>
            </w:pPr>
            <w:r>
              <w:t>TEXTURE — matte art paper surface: a fine even fibre tooth visible on every layer, crisp clean cut edges with a hairline of paper thickness, soft ambient occlusion in the crevices where layers meet. Clean and contemporary. No aged paper, brown filters, sepia tones or yellowing.</w:t>
            </w:r>
          </w:p>
          <w:p>
            <w:pPr>
              <w:pStyle w:val="PromptText"/>
            </w:pPr>
            <w:r>
              <w:t>Constraints: exact spelling "DARJEELING", no text other than that word, NO left or right border, NO outer paper frame, NO hard graphic drop shadows, NO gradients within a layer, NO shading within a layer, no perspective depth cues, no photorealistic rendering of the real place, only a realistic studio photograph of a physical paper-cut artwork, no 3D rendering of materials other than paper, no glow, no neon colours, no gold, no glitter, no aged paper, no sepia, no tears, no crumpling, no travel sticker aesthetics, no cartoon style, no cute characters, no complex typography, no watermark, no logos.</w:t>
            </w:r>
          </w:p>
        </w:tc>
      </w:tr>
    </w:tbl>
    <w:p>
      <w:r>
        <w:br w:type="page"/>
      </w:r>
    </w:p>
    <w:p>
      <w:pPr>
        <w:pStyle w:val="PromptTitle"/>
      </w:pPr>
      <w:r>
        <w:t>6. Mumbai</w:t>
      </w:r>
    </w:p>
    <w:p>
      <w:pPr>
        <w:pStyle w:val="PromptSubtitle"/>
      </w:pPr>
      <w:r>
        <w:t>Gateway of India + Sea Link + Arabian Sea; 3:4, edge-to-edge.</w:t>
      </w:r>
    </w:p>
    <w:tbl>
      <w:tblPr>
        <w:tblW w:type="auto" w:w="0"/>
        <w:tblLayout w:type="autofit"/>
        <w:tblLook w:firstColumn="1" w:firstRow="1" w:lastColumn="0" w:lastRow="0" w:noHBand="0" w:noVBand="1" w:val="04A0"/>
      </w:tblPr>
      <w:tblGrid>
        <w:gridCol w:w="10181"/>
      </w:tblGrid>
      <w:tr>
        <w:tc>
          <w:tcPr>
            <w:tcW w:type="dxa" w:w="10181"/>
            <w:shd w:fill="F2F6F8"/>
            <w:tcMar>
              <w:top w:w="110" w:type="dxa"/>
              <w:start w:w="160" w:type="dxa"/>
              <w:bottom w:w="110" w:type="dxa"/>
              <w:end w:w="160" w:type="dxa"/>
            </w:tcMar>
            <w:vAlign w:val="center"/>
          </w:tcPr>
          <w:p>
            <w:pPr>
              <w:pStyle w:val="PromptText"/>
            </w:pPr>
            <w:r>
              <w:rPr>
                <w:b/>
              </w:rPr>
              <w:t>DESTINATION LANDMARK-LED LAYERED PAPERCUT POSTER — MUMBAI</w:t>
            </w:r>
          </w:p>
          <w:p>
            <w:pPr>
              <w:pStyle w:val="PromptText"/>
            </w:pPr>
            <w:r>
              <w:t>Create a tactile vertical travel art poster featuring Mumbai, India, designed as a sophisticated layered cut-paper diorama.</w:t>
            </w:r>
          </w:p>
          <w:p>
            <w:pPr>
              <w:pStyle w:val="PromptText"/>
            </w:pPr>
            <w:r>
              <w:t>Aspect ratio: 3:4 vertical.</w:t>
            </w:r>
          </w:p>
          <w:p>
            <w:pPr>
              <w:pStyle w:val="PromptText"/>
            </w:pPr>
            <w:r>
              <w:t>The final artwork should look like a real handcrafted paper-cut composition photographed perfectly front-on: dimensional, soft, contemporary, premium and collectible.</w:t>
            </w:r>
          </w:p>
          <w:p>
            <w:pPr>
              <w:pStyle w:val="PromptText"/>
            </w:pPr>
            <w:r>
              <w:t>IMPORTANT — the artwork must extend naturally to the LEFT and RIGHT edges of the canvas. Do not create vertical side borders, outer paper-frame strips, margins or raised edge pieces.</w:t>
            </w:r>
          </w:p>
          <w:p>
            <w:pPr>
              <w:pStyle w:val="PromptText"/>
            </w:pPr>
            <w:r>
              <w:rPr>
                <w:b/>
              </w:rPr>
              <w:t>CORE CONCEPT — LANDMARK 70% + PAPERCUT LAYERING 30%.</w:t>
            </w:r>
          </w:p>
          <w:p>
            <w:pPr>
              <w:pStyle w:val="PromptText"/>
            </w:pPr>
            <w:r>
              <w:t>Recognizable Mumbai first, papercut construction second.</w:t>
            </w:r>
          </w:p>
          <w:p>
            <w:pPr>
              <w:pStyle w:val="PromptText"/>
            </w:pPr>
            <w:r>
              <w:rPr>
                <w:b/>
              </w:rPr>
              <w:t>The viewer should immediately think:</w:t>
            </w:r>
          </w:p>
          <w:p>
            <w:pPr>
              <w:pStyle w:val="PromptText"/>
            </w:pPr>
            <w:r>
              <w:t>“This is Mumbai.”</w:t>
            </w:r>
          </w:p>
          <w:p>
            <w:pPr>
              <w:pStyle w:val="PromptText"/>
            </w:pPr>
            <w:r>
              <w:rPr>
                <w:b/>
              </w:rPr>
              <w:t>LANDMARK PRIORITY</w:t>
            </w:r>
          </w:p>
          <w:p>
            <w:pPr>
              <w:pStyle w:val="PromptText"/>
            </w:pPr>
            <w:r>
              <w:t>Primary landmark — GATEWAY OF INDIA</w:t>
            </w:r>
          </w:p>
          <w:p>
            <w:pPr>
              <w:pStyle w:val="PromptText"/>
            </w:pPr>
            <w:r>
              <w:t>Gateway of India is the dominant hero landmark, occupying its own dedicated paper layer.</w:t>
            </w:r>
          </w:p>
          <w:p>
            <w:pPr>
              <w:pStyle w:val="PromptText"/>
            </w:pPr>
            <w:r>
              <w:rPr>
                <w:b/>
              </w:rPr>
              <w:t>Preserve its distinctive monumental silhouette:</w:t>
            </w:r>
          </w:p>
          <w:p>
            <w:pPr>
              <w:pStyle w:val="PromptText"/>
            </w:pPr>
            <w:r>
              <w:t>large central Indo-Saracenic arch</w:t>
              <w:br/>
            </w:r>
            <w:r>
              <w:t>broad symmetrical façade</w:t>
              <w:br/>
            </w:r>
            <w:r>
              <w:t>four prominent corner turrets</w:t>
              <w:br/>
            </w:r>
            <w:r>
              <w:t>stepped upper parapet</w:t>
              <w:br/>
            </w:r>
            <w:r>
              <w:t>strong horizontal base</w:t>
              <w:br/>
            </w:r>
            <w:r>
              <w:t>recognizable ceremonial waterfront proportions</w:t>
            </w:r>
          </w:p>
          <w:p>
            <w:pPr>
              <w:pStyle w:val="PromptText"/>
            </w:pPr>
            <w:r>
              <w:t>Position the Gateway prominently around the centre or slightly lower-centre of the composition.</w:t>
            </w:r>
          </w:p>
          <w:p>
            <w:pPr>
              <w:pStyle w:val="PromptText"/>
            </w:pPr>
            <w:r>
              <w:t>Simplify surface carving and ornamentation, but never simplify the structure.</w:t>
            </w:r>
          </w:p>
          <w:p>
            <w:pPr>
              <w:pStyle w:val="PromptText"/>
            </w:pPr>
            <w:r>
              <w:t>The large central arch, four corner turrets and broad symmetrical façade must remain unmistakable.</w:t>
            </w:r>
          </w:p>
          <w:p>
            <w:pPr>
              <w:pStyle w:val="PromptText"/>
            </w:pPr>
            <w:r>
              <w:rPr>
                <w:b/>
              </w:rPr>
              <w:t>SECONDARY LANDMARK — BANDRA-WORLI SEA LINK</w:t>
            </w:r>
          </w:p>
          <w:p>
            <w:pPr>
              <w:pStyle w:val="PromptText"/>
            </w:pPr>
            <w:r>
              <w:t>Place the Bandra-Worli Sea Link on its own secondary layer across the lower-middle or background waterfront.</w:t>
            </w:r>
          </w:p>
          <w:p>
            <w:pPr>
              <w:pStyle w:val="PromptText"/>
            </w:pPr>
            <w:r>
              <w:rPr>
                <w:b/>
              </w:rPr>
              <w:t>Preserve its most recognizable features:</w:t>
            </w:r>
          </w:p>
          <w:p>
            <w:pPr>
              <w:pStyle w:val="PromptText"/>
            </w:pPr>
            <w:r>
              <w:t>tall twin cable-stayed pylons</w:t>
              <w:br/>
            </w:r>
            <w:r>
              <w:t>long horizontal bridge deck</w:t>
              <w:br/>
            </w:r>
            <w:r>
              <w:t>clean fan-like suspension cables</w:t>
              <w:br/>
            </w:r>
            <w:r>
              <w:t>slender modern silhouette stretching across the sea</w:t>
            </w:r>
          </w:p>
          <w:p>
            <w:pPr>
              <w:pStyle w:val="PromptText"/>
            </w:pPr>
            <w:r>
              <w:t>Keep it visually secondary to Gateway of India, but clearly recognizable.</w:t>
            </w:r>
          </w:p>
          <w:p>
            <w:pPr>
              <w:pStyle w:val="PromptText"/>
            </w:pPr>
            <w:r>
              <w:t>The twin cable-stayed towers and long suspended roadway must survive simplification.</w:t>
            </w:r>
          </w:p>
          <w:p>
            <w:pPr>
              <w:pStyle w:val="PromptText"/>
            </w:pPr>
            <w:r>
              <w:rPr>
                <w:b/>
              </w:rPr>
              <w:t>SECONDARY ELEMENT STACKING ORDER</w:t>
            </w:r>
          </w:p>
          <w:p>
            <w:pPr>
              <w:pStyle w:val="PromptText"/>
            </w:pPr>
            <w:r>
              <w:rPr>
                <w:b/>
              </w:rPr>
              <w:t>Build Mumbai using approximately seven physical paper layers, back to front:</w:t>
            </w:r>
          </w:p>
          <w:p>
            <w:pPr>
              <w:pStyle w:val="PromptText"/>
            </w:pPr>
            <w:r>
              <w:t>Layer 1 — Back sky</w:t>
            </w:r>
          </w:p>
          <w:p>
            <w:pPr>
              <w:pStyle w:val="PromptText"/>
            </w:pPr>
            <w:r>
              <w:t>A completely flat soft-cream paper sky occupying approximately the upper 35–40% of the composition.</w:t>
            </w:r>
          </w:p>
          <w:p>
            <w:pPr>
              <w:pStyle w:val="PromptText"/>
            </w:pPr>
            <w:r>
              <w:t>Layer 2 — Distant Mumbai skyline</w:t>
            </w:r>
          </w:p>
          <w:p>
            <w:pPr>
              <w:pStyle w:val="PromptText"/>
            </w:pPr>
            <w:r>
              <w:t>Simplified silhouettes of high-rise buildings and coastal towers in pale sky blue.</w:t>
            </w:r>
          </w:p>
          <w:p>
            <w:pPr>
              <w:pStyle w:val="PromptText"/>
            </w:pPr>
            <w:r>
              <w:t>Include varied heights to suggest Mumbai’s dense skyline.</w:t>
            </w:r>
          </w:p>
          <w:p>
            <w:pPr>
              <w:pStyle w:val="PromptText"/>
            </w:pPr>
            <w:r>
              <w:t>Layer 3 — Heritage city architecture</w:t>
            </w:r>
          </w:p>
          <w:p>
            <w:pPr>
              <w:pStyle w:val="PromptText"/>
            </w:pPr>
            <w:r>
              <w:t>Subtle silhouettes inspired by South Mumbai’s colonial and Indo-Saracenic buildings, domes and clock towers in dusty teal or warm sandstone.</w:t>
            </w:r>
          </w:p>
          <w:p>
            <w:pPr>
              <w:pStyle w:val="PromptText"/>
            </w:pPr>
            <w:r>
              <w:t>Keep these secondary and simplified.</w:t>
            </w:r>
          </w:p>
          <w:p>
            <w:pPr>
              <w:pStyle w:val="PromptText"/>
            </w:pPr>
            <w:r>
              <w:t>Layer 4 — Bandra-Worli Sea Link</w:t>
            </w:r>
          </w:p>
          <w:p>
            <w:pPr>
              <w:pStyle w:val="PromptText"/>
            </w:pPr>
            <w:r>
              <w:t>A dedicated mineral-blue or muted coral layer showing the bridge crossing horizontally through the coastal composition.</w:t>
            </w:r>
          </w:p>
          <w:p>
            <w:pPr>
              <w:pStyle w:val="PromptText"/>
            </w:pPr>
            <w:r>
              <w:t>Layer 5 — Gateway of India</w:t>
            </w:r>
          </w:p>
          <w:p>
            <w:pPr>
              <w:pStyle w:val="PromptText"/>
            </w:pPr>
            <w:r>
              <w:t>The dominant architectural layer in warm sandstone or muted coral paper.</w:t>
            </w:r>
          </w:p>
          <w:p>
            <w:pPr>
              <w:pStyle w:val="PromptText"/>
            </w:pPr>
            <w:r>
              <w:t>Keep the central arch open as a real cut-through shape revealing the layer behind.</w:t>
            </w:r>
          </w:p>
          <w:p>
            <w:pPr>
              <w:pStyle w:val="PromptText"/>
            </w:pPr>
            <w:r>
              <w:t>Layer 6 — Arabian Sea</w:t>
            </w:r>
          </w:p>
          <w:p>
            <w:pPr>
              <w:pStyle w:val="PromptText"/>
            </w:pPr>
            <w:r>
              <w:t>A broad mineral-blue layer occupying much of the lower third.</w:t>
            </w:r>
          </w:p>
          <w:p>
            <w:pPr>
              <w:pStyle w:val="PromptText"/>
            </w:pPr>
            <w:r>
              <w:t>Add only a few elegant cut-paper ripple shapes.</w:t>
            </w:r>
          </w:p>
          <w:p>
            <w:pPr>
              <w:pStyle w:val="PromptText"/>
            </w:pPr>
            <w:r>
              <w:t>Do not paint water texture.</w:t>
            </w:r>
          </w:p>
          <w:p>
            <w:pPr>
              <w:pStyle w:val="PromptText"/>
            </w:pPr>
            <w:r>
              <w:t>Layer 7 — Foreground waterfront</w:t>
            </w:r>
          </w:p>
          <w:p>
            <w:pPr>
              <w:pStyle w:val="PromptText"/>
            </w:pPr>
            <w:r>
              <w:t>One deep-navy cut-paper foreground layer using a low promenade edge, railing, palm foliage, or simplified shoreline silhouette.</w:t>
            </w:r>
          </w:p>
          <w:p>
            <w:pPr>
              <w:pStyle w:val="PromptText"/>
            </w:pPr>
            <w:r>
              <w:t>Do NOT create left or right vertical borders.</w:t>
            </w:r>
          </w:p>
          <w:p>
            <w:pPr>
              <w:pStyle w:val="PromptText"/>
            </w:pPr>
            <w:r>
              <w:rPr>
                <w:b/>
              </w:rPr>
              <w:t>OPTIONAL MUMBAI DETAILS</w:t>
            </w:r>
          </w:p>
          <w:p>
            <w:pPr>
              <w:pStyle w:val="PromptText"/>
            </w:pPr>
            <w:r>
              <w:rPr>
                <w:b/>
              </w:rPr>
              <w:t>Use sparingly:</w:t>
            </w:r>
          </w:p>
          <w:p>
            <w:pPr>
              <w:pStyle w:val="PromptText"/>
            </w:pPr>
            <w:r>
              <w:t>one small traditional ferry or harbour boat</w:t>
              <w:br/>
            </w:r>
            <w:r>
              <w:t>one subtle sailboat</w:t>
              <w:br/>
            </w:r>
            <w:r>
              <w:t>small palm silhouettes</w:t>
              <w:br/>
            </w:r>
            <w:r>
              <w:t>minimal promenade lamps</w:t>
              <w:br/>
            </w:r>
            <w:r>
              <w:t>a few tiny birds</w:t>
              <w:br/>
            </w:r>
            <w:r>
              <w:t>very small coastal human silhouettes if needed</w:t>
            </w:r>
          </w:p>
          <w:p>
            <w:pPr>
              <w:pStyle w:val="PromptText"/>
            </w:pPr>
            <w:r>
              <w:t>Do not overcrowd the poster.</w:t>
            </w:r>
          </w:p>
          <w:p>
            <w:pPr>
              <w:pStyle w:val="PromptText"/>
            </w:pPr>
            <w:r>
              <w:t>Do not turn it into a tourism collage.</w:t>
            </w:r>
          </w:p>
          <w:p>
            <w:pPr>
              <w:pStyle w:val="PromptText"/>
            </w:pPr>
            <w:r>
              <w:rPr>
                <w:b/>
              </w:rPr>
              <w:t>PAPERCUT CONSTRUCTION</w:t>
            </w:r>
          </w:p>
          <w:p>
            <w:pPr>
              <w:pStyle w:val="PromptText"/>
            </w:pPr>
            <w:r>
              <w:t>The complete artwork must be built from SIX TO EIGHT distinct physical paper layers.</w:t>
            </w:r>
          </w:p>
          <w:p>
            <w:pPr>
              <w:pStyle w:val="PromptText"/>
            </w:pPr>
            <w:r>
              <w:t>Each layer uses ONE SINGLE FLAT PAPER COLOUR.</w:t>
            </w:r>
          </w:p>
          <w:p>
            <w:pPr>
              <w:pStyle w:val="PromptText"/>
            </w:pPr>
            <w:r>
              <w:t>No gradients.</w:t>
            </w:r>
          </w:p>
          <w:p>
            <w:pPr>
              <w:pStyle w:val="PromptText"/>
            </w:pPr>
            <w:r>
              <w:t>No painted shading.</w:t>
            </w:r>
          </w:p>
          <w:p>
            <w:pPr>
              <w:pStyle w:val="PromptText"/>
            </w:pPr>
            <w:r>
              <w:t>No colour variation within an individual paper shape.</w:t>
            </w:r>
          </w:p>
          <w:p>
            <w:pPr>
              <w:pStyle w:val="PromptText"/>
            </w:pPr>
            <w:r>
              <w:rPr>
                <w:b/>
              </w:rPr>
              <w:t>Depth comes ONLY from:</w:t>
            </w:r>
          </w:p>
          <w:p>
            <w:pPr>
              <w:pStyle w:val="PromptText"/>
            </w:pPr>
            <w:r>
              <w:t>physical separation between stacked paper layers</w:t>
              <w:br/>
            </w:r>
            <w:r>
              <w:t>soft short cast shadows</w:t>
              <w:br/>
            </w:r>
            <w:r>
              <w:t>tiny visible paper thickness at cut edges</w:t>
            </w:r>
          </w:p>
          <w:p>
            <w:pPr>
              <w:pStyle w:val="PromptText"/>
            </w:pPr>
            <w:r>
              <w:t>Every overlapping layer casts a SOFT, SHORT, DIFFUSE shadow onto the layer immediately behind it.</w:t>
            </w:r>
          </w:p>
          <w:p>
            <w:pPr>
              <w:pStyle w:val="PromptText"/>
            </w:pPr>
            <w:r>
              <w:t>Shadows must feel like real paper shadows.</w:t>
            </w:r>
          </w:p>
          <w:p>
            <w:pPr>
              <w:pStyle w:val="PromptText"/>
            </w:pPr>
            <w:r>
              <w:t>Never use hard Photoshop-style drop shadows.</w:t>
            </w:r>
          </w:p>
          <w:p>
            <w:pPr>
              <w:pStyle w:val="PromptText"/>
            </w:pPr>
            <w:r>
              <w:t>Never paint shadow or highlight onto the surface of a paper layer.</w:t>
            </w:r>
          </w:p>
          <w:p>
            <w:pPr>
              <w:pStyle w:val="PromptText"/>
            </w:pPr>
            <w:r>
              <w:rPr>
                <w:b/>
              </w:rPr>
              <w:t>CUT-THROUGH DETAIL</w:t>
            </w:r>
          </w:p>
          <w:p>
            <w:pPr>
              <w:pStyle w:val="PromptText"/>
            </w:pPr>
            <w:r>
              <w:t>Architectural detail must be created through physical cut openings.</w:t>
            </w:r>
          </w:p>
          <w:p>
            <w:pPr>
              <w:pStyle w:val="PromptText"/>
            </w:pPr>
            <w:r>
              <w:t>Gateway of India’s main arch must be a genuine cut hole revealing the paper layer behind.</w:t>
            </w:r>
          </w:p>
          <w:p>
            <w:pPr>
              <w:pStyle w:val="PromptText"/>
            </w:pPr>
            <w:r>
              <w:t>Smaller arches, windows, turrets and façade openings should also be represented as simplified cut-through shapes.</w:t>
            </w:r>
          </w:p>
          <w:p>
            <w:pPr>
              <w:pStyle w:val="PromptText"/>
            </w:pPr>
            <w:r>
              <w:t>Sea Link cable gaps and bridge openings should be created through negative space rather than painted lines wherever practical.</w:t>
            </w:r>
          </w:p>
          <w:p>
            <w:pPr>
              <w:pStyle w:val="PromptText"/>
            </w:pPr>
            <w:r>
              <w:t>Building windows should be simplified or omitted rather than drawn.</w:t>
            </w:r>
          </w:p>
          <w:p>
            <w:pPr>
              <w:pStyle w:val="PromptText"/>
            </w:pPr>
            <w:r>
              <w:t>Every edge must feel precision-cut from premium art paper.</w:t>
            </w:r>
          </w:p>
          <w:p>
            <w:pPr>
              <w:pStyle w:val="PromptText"/>
            </w:pPr>
            <w:r>
              <w:rPr>
                <w:b/>
              </w:rPr>
              <w:t>COMPOSITION</w:t>
            </w:r>
          </w:p>
          <w:p>
            <w:pPr>
              <w:pStyle w:val="PromptText"/>
            </w:pPr>
            <w:r>
              <w:t>Use a perfectly front-facing, centred, orthographic-looking camera view.</w:t>
            </w:r>
          </w:p>
          <w:p>
            <w:pPr>
              <w:pStyle w:val="PromptText"/>
            </w:pPr>
            <w:r>
              <w:t>No tilted camera.</w:t>
            </w:r>
          </w:p>
          <w:p>
            <w:pPr>
              <w:pStyle w:val="PromptText"/>
            </w:pPr>
            <w:r>
              <w:t>No tabletop perspective.</w:t>
            </w:r>
          </w:p>
          <w:p>
            <w:pPr>
              <w:pStyle w:val="PromptText"/>
            </w:pPr>
            <w:r>
              <w:t>No visible studio background.</w:t>
            </w:r>
          </w:p>
          <w:p>
            <w:pPr>
              <w:pStyle w:val="PromptText"/>
            </w:pPr>
            <w:r>
              <w:t>No picture frame.</w:t>
            </w:r>
          </w:p>
          <w:p>
            <w:pPr>
              <w:pStyle w:val="PromptText"/>
            </w:pPr>
            <w:r>
              <w:t>No white border.</w:t>
            </w:r>
          </w:p>
          <w:p>
            <w:pPr>
              <w:pStyle w:val="PromptText"/>
            </w:pPr>
            <w:r>
              <w:t>No mat.</w:t>
            </w:r>
          </w:p>
          <w:p>
            <w:pPr>
              <w:pStyle w:val="PromptText"/>
            </w:pPr>
            <w:r>
              <w:t>No left border.</w:t>
            </w:r>
          </w:p>
          <w:p>
            <w:pPr>
              <w:pStyle w:val="PromptText"/>
            </w:pPr>
            <w:r>
              <w:t>No right border.</w:t>
            </w:r>
          </w:p>
          <w:p>
            <w:pPr>
              <w:pStyle w:val="PromptText"/>
            </w:pPr>
            <w:r>
              <w:t>The artwork must run edge-to-edge horizontally.</w:t>
            </w:r>
          </w:p>
          <w:p>
            <w:pPr>
              <w:pStyle w:val="PromptText"/>
            </w:pPr>
            <w:r>
              <w:t>Reserve approximately the upper 35–40% for the cream sky and city title.</w:t>
            </w:r>
          </w:p>
          <w:p>
            <w:pPr>
              <w:pStyle w:val="PromptText"/>
            </w:pPr>
            <w:r>
              <w:rPr>
                <w:b/>
              </w:rPr>
              <w:t>At upper centre place only:</w:t>
            </w:r>
          </w:p>
          <w:p>
            <w:pPr>
              <w:pStyle w:val="PromptText"/>
            </w:pPr>
            <w:r>
              <w:rPr>
                <w:b/>
              </w:rPr>
              <w:t>MUMBAI</w:t>
            </w:r>
          </w:p>
          <w:p>
            <w:pPr>
              <w:pStyle w:val="PromptText"/>
            </w:pPr>
            <w:r>
              <w:t>Render MUMBAI as individually cut uppercase sans-serif paper letters with wide letter spacing.</w:t>
            </w:r>
          </w:p>
          <w:p>
            <w:pPr>
              <w:pStyle w:val="PromptText"/>
            </w:pPr>
            <w:r>
              <w:t>The letters sit slightly above the back sky layer and cast the same soft physical shadow as the rest of the artwork.</w:t>
            </w:r>
          </w:p>
          <w:p>
            <w:pPr>
              <w:pStyle w:val="PromptText"/>
            </w:pPr>
            <w:r>
              <w:t>Build the city below the title.</w:t>
            </w:r>
          </w:p>
          <w:p>
            <w:pPr>
              <w:pStyle w:val="PromptText"/>
            </w:pPr>
            <w:r>
              <w:t>Gateway of India should dominate the middle of the composition.</w:t>
            </w:r>
          </w:p>
          <w:p>
            <w:pPr>
              <w:pStyle w:val="PromptText"/>
            </w:pPr>
            <w:r>
              <w:t>The Sea Link should add a strong modern horizontal element without overpowering the Gateway.</w:t>
            </w:r>
          </w:p>
          <w:p>
            <w:pPr>
              <w:pStyle w:val="PromptText"/>
            </w:pPr>
            <w:r>
              <w:t>The Arabian Sea should create breathing space in the lower portion of the poster.</w:t>
            </w:r>
          </w:p>
          <w:p>
            <w:pPr>
              <w:pStyle w:val="PromptText"/>
            </w:pPr>
            <w:r>
              <w:t>Keep the defining Gateway silhouette unobstructed.</w:t>
            </w:r>
          </w:p>
          <w:p>
            <w:pPr>
              <w:pStyle w:val="PromptText"/>
            </w:pPr>
            <w:r>
              <w:rPr>
                <w:b/>
              </w:rPr>
              <w:t>COLOR PALETTE</w:t>
            </w:r>
          </w:p>
          <w:p>
            <w:pPr>
              <w:pStyle w:val="PromptText"/>
            </w:pPr>
            <w:r>
              <w:rPr>
                <w:b/>
              </w:rPr>
              <w:t>Use the exact same destination-series coloured art-paper palette:</w:t>
            </w:r>
          </w:p>
          <w:p>
            <w:pPr>
              <w:pStyle w:val="PromptText"/>
            </w:pPr>
            <w:r>
              <w:t>soft cream — back sky</w:t>
              <w:br/>
            </w:r>
            <w:r>
              <w:t>pale sky blue</w:t>
              <w:br/>
            </w:r>
            <w:r>
              <w:t>mineral blue</w:t>
              <w:br/>
            </w:r>
            <w:r>
              <w:t>dusty teal</w:t>
              <w:br/>
            </w:r>
            <w:r>
              <w:t>warm sandstone</w:t>
              <w:br/>
            </w:r>
            <w:r>
              <w:t>muted coral</w:t>
              <w:br/>
            </w:r>
            <w:r>
              <w:t>deep navy — strongest foreground layers</w:t>
            </w:r>
          </w:p>
          <w:p>
            <w:pPr>
              <w:pStyle w:val="PromptText"/>
            </w:pPr>
            <w:r>
              <w:t>Approximately seven flat colours total.</w:t>
            </w:r>
          </w:p>
          <w:p>
            <w:pPr>
              <w:pStyle w:val="PromptText"/>
            </w:pPr>
            <w:r>
              <w:t>Do NOT introduce bright Bollywood colours.</w:t>
            </w:r>
          </w:p>
          <w:p>
            <w:pPr>
              <w:pStyle w:val="PromptText"/>
            </w:pPr>
            <w:r>
              <w:t>Do NOT use bright yellow, fluorescent pink, neon blue or metallic gold.</w:t>
            </w:r>
          </w:p>
          <w:p>
            <w:pPr>
              <w:pStyle w:val="PromptText"/>
            </w:pPr>
            <w:r>
              <w:t>Maintain the same restrained palette used for Kolkata, Delhi, Benaras and Darjeeling so Mumbai clearly belongs to the same collectible poster series.</w:t>
            </w:r>
          </w:p>
          <w:p>
            <w:pPr>
              <w:pStyle w:val="PromptText"/>
            </w:pPr>
            <w:r>
              <w:rPr>
                <w:b/>
              </w:rPr>
              <w:t>LIGHTING</w:t>
            </w:r>
          </w:p>
          <w:p>
            <w:pPr>
              <w:pStyle w:val="PromptText"/>
            </w:pPr>
            <w:r>
              <w:t>Soft studio lighting from the upper-left.</w:t>
            </w:r>
          </w:p>
          <w:p>
            <w:pPr>
              <w:pStyle w:val="PromptText"/>
            </w:pPr>
            <w:r>
              <w:t>Tiny paper-edge highlights may appear along upper-facing cut edges.</w:t>
            </w:r>
          </w:p>
          <w:p>
            <w:pPr>
              <w:pStyle w:val="PromptText"/>
            </w:pPr>
            <w:r>
              <w:t>Cast shadows fall gently toward the lower-right.</w:t>
            </w:r>
          </w:p>
          <w:p>
            <w:pPr>
              <w:pStyle w:val="PromptText"/>
            </w:pPr>
            <w:r>
              <w:t>Lighting should remain quiet, soft and physically believable.</w:t>
            </w:r>
          </w:p>
          <w:p>
            <w:pPr>
              <w:pStyle w:val="PromptText"/>
            </w:pPr>
            <w:r>
              <w:t>No dramatic spotlight.</w:t>
            </w:r>
          </w:p>
          <w:p>
            <w:pPr>
              <w:pStyle w:val="PromptText"/>
            </w:pPr>
            <w:r>
              <w:t>No sunset lighting.</w:t>
            </w:r>
          </w:p>
          <w:p>
            <w:pPr>
              <w:pStyle w:val="PromptText"/>
            </w:pPr>
            <w:r>
              <w:t>No glowing sky.</w:t>
            </w:r>
          </w:p>
          <w:p>
            <w:pPr>
              <w:pStyle w:val="PromptText"/>
            </w:pPr>
            <w:r>
              <w:rPr>
                <w:b/>
              </w:rPr>
              <w:t>PAPER TEXTURE</w:t>
            </w:r>
          </w:p>
          <w:p>
            <w:pPr>
              <w:pStyle w:val="PromptText"/>
            </w:pPr>
            <w:r>
              <w:rPr>
                <w:b/>
              </w:rPr>
              <w:t>Premium matte coloured art paper with:</w:t>
            </w:r>
          </w:p>
          <w:p>
            <w:pPr>
              <w:pStyle w:val="PromptText"/>
            </w:pPr>
            <w:r>
              <w:t>fine even fibre tooth</w:t>
              <w:br/>
            </w:r>
            <w:r>
              <w:t>subtle tactile grain</w:t>
              <w:br/>
            </w:r>
            <w:r>
              <w:t>crisp precision-cut edges</w:t>
              <w:br/>
            </w:r>
            <w:r>
              <w:t>hairline visible paper thickness</w:t>
              <w:br/>
            </w:r>
            <w:r>
              <w:t>soft ambient occlusion where layers overlap</w:t>
            </w:r>
          </w:p>
          <w:p>
            <w:pPr>
              <w:pStyle w:val="PromptText"/>
            </w:pPr>
            <w:r>
              <w:t>Clean and contemporary.</w:t>
            </w:r>
          </w:p>
          <w:p>
            <w:pPr>
              <w:pStyle w:val="PromptText"/>
            </w:pPr>
            <w:r>
              <w:t>The material should feel like physically stacked premium cardstock photographed in a studio.</w:t>
            </w:r>
          </w:p>
          <w:p>
            <w:pPr>
              <w:pStyle w:val="PromptText"/>
            </w:pPr>
            <w:r>
              <w:t>No rustic handmade-paper look.</w:t>
            </w:r>
          </w:p>
          <w:p>
            <w:pPr>
              <w:pStyle w:val="PromptText"/>
            </w:pPr>
            <w:r>
              <w:rPr>
                <w:b/>
              </w:rPr>
              <w:t>STRICT CONSTRAINTS</w:t>
            </w:r>
          </w:p>
          <w:p>
            <w:pPr>
              <w:pStyle w:val="PromptText"/>
            </w:pPr>
            <w:r>
              <w:rPr>
                <w:b/>
              </w:rPr>
              <w:t>Exact spelling:</w:t>
            </w:r>
          </w:p>
          <w:p>
            <w:pPr>
              <w:pStyle w:val="PromptText"/>
            </w:pPr>
            <w:r>
              <w:rPr>
                <w:b/>
              </w:rPr>
              <w:t>MUMBAI</w:t>
            </w:r>
          </w:p>
          <w:p>
            <w:pPr>
              <w:pStyle w:val="PromptText"/>
            </w:pPr>
            <w:r>
              <w:t>No text other than MUMBAI.</w:t>
            </w:r>
          </w:p>
          <w:p>
            <w:pPr>
              <w:pStyle w:val="PromptText"/>
            </w:pPr>
            <w:r>
              <w:t>No left border.</w:t>
            </w:r>
          </w:p>
          <w:p>
            <w:pPr>
              <w:pStyle w:val="PromptText"/>
            </w:pPr>
            <w:r>
              <w:t>No right border.</w:t>
            </w:r>
          </w:p>
          <w:p>
            <w:pPr>
              <w:pStyle w:val="PromptText"/>
            </w:pPr>
            <w:r>
              <w:t>No surrounding paper frame.</w:t>
            </w:r>
          </w:p>
          <w:p>
            <w:pPr>
              <w:pStyle w:val="PromptText"/>
            </w:pPr>
            <w:r>
              <w:t>No poster mat.</w:t>
            </w:r>
          </w:p>
          <w:p>
            <w:pPr>
              <w:pStyle w:val="PromptText"/>
            </w:pPr>
            <w:r>
              <w:t>No vertical edge strips.</w:t>
            </w:r>
          </w:p>
          <w:p>
            <w:pPr>
              <w:pStyle w:val="PromptText"/>
            </w:pPr>
            <w:r>
              <w:t>No gradients.</w:t>
            </w:r>
          </w:p>
          <w:p>
            <w:pPr>
              <w:pStyle w:val="PromptText"/>
            </w:pPr>
            <w:r>
              <w:t>No shading inside a paper layer.</w:t>
            </w:r>
          </w:p>
          <w:p>
            <w:pPr>
              <w:pStyle w:val="PromptText"/>
            </w:pPr>
            <w:r>
              <w:t>No hard shadows.</w:t>
            </w:r>
          </w:p>
          <w:p>
            <w:pPr>
              <w:pStyle w:val="PromptText"/>
            </w:pPr>
            <w:r>
              <w:t>No long dramatic shadows.</w:t>
            </w:r>
          </w:p>
          <w:p>
            <w:pPr>
              <w:pStyle w:val="PromptText"/>
            </w:pPr>
            <w:r>
              <w:t>No atmospheric haze.</w:t>
            </w:r>
          </w:p>
          <w:p>
            <w:pPr>
              <w:pStyle w:val="PromptText"/>
            </w:pPr>
            <w:r>
              <w:t>No realistic photograph of Mumbai.</w:t>
            </w:r>
          </w:p>
          <w:p>
            <w:pPr>
              <w:pStyle w:val="PromptText"/>
            </w:pPr>
            <w:r>
              <w:t>The architecture itself must remain simplified paper geometry, while the overall piece should look like a real studio photograph of physical layered paper artwork.</w:t>
            </w:r>
          </w:p>
          <w:p>
            <w:pPr>
              <w:pStyle w:val="PromptText"/>
            </w:pPr>
            <w:r>
              <w:t>No plastic CGI materials.</w:t>
            </w:r>
          </w:p>
          <w:p>
            <w:pPr>
              <w:pStyle w:val="PromptText"/>
            </w:pPr>
            <w:r>
              <w:t>No glow.</w:t>
            </w:r>
          </w:p>
          <w:p>
            <w:pPr>
              <w:pStyle w:val="PromptText"/>
            </w:pPr>
            <w:r>
              <w:t>No neon.</w:t>
            </w:r>
          </w:p>
          <w:p>
            <w:pPr>
              <w:pStyle w:val="PromptText"/>
            </w:pPr>
            <w:r>
              <w:t>No gold.</w:t>
            </w:r>
          </w:p>
          <w:p>
            <w:pPr>
              <w:pStyle w:val="PromptText"/>
            </w:pPr>
            <w:r>
              <w:t>No glitter.</w:t>
            </w:r>
          </w:p>
          <w:p>
            <w:pPr>
              <w:pStyle w:val="PromptText"/>
            </w:pPr>
            <w:r>
              <w:t>No metallic foil.</w:t>
            </w:r>
          </w:p>
          <w:p>
            <w:pPr>
              <w:pStyle w:val="PromptText"/>
            </w:pPr>
            <w:r>
              <w:t>No sepia.</w:t>
            </w:r>
          </w:p>
          <w:p>
            <w:pPr>
              <w:pStyle w:val="PromptText"/>
            </w:pPr>
            <w:r>
              <w:t>No aged paper.</w:t>
            </w:r>
          </w:p>
          <w:p>
            <w:pPr>
              <w:pStyle w:val="PromptText"/>
            </w:pPr>
            <w:r>
              <w:t>No tears.</w:t>
            </w:r>
          </w:p>
          <w:p>
            <w:pPr>
              <w:pStyle w:val="PromptText"/>
            </w:pPr>
            <w:r>
              <w:t>No distressed edges.</w:t>
            </w:r>
          </w:p>
          <w:p>
            <w:pPr>
              <w:pStyle w:val="PromptText"/>
            </w:pPr>
            <w:r>
              <w:t>No crumpling.</w:t>
            </w:r>
          </w:p>
          <w:p>
            <w:pPr>
              <w:pStyle w:val="PromptText"/>
            </w:pPr>
            <w:r>
              <w:t>No scrapbook aesthetics.</w:t>
            </w:r>
          </w:p>
          <w:p>
            <w:pPr>
              <w:pStyle w:val="PromptText"/>
            </w:pPr>
            <w:r>
              <w:t>No travel stickers.</w:t>
            </w:r>
          </w:p>
          <w:p>
            <w:pPr>
              <w:pStyle w:val="PromptText"/>
            </w:pPr>
            <w:r>
              <w:t>No cartoon style.</w:t>
            </w:r>
          </w:p>
          <w:p>
            <w:pPr>
              <w:pStyle w:val="PromptText"/>
            </w:pPr>
            <w:r>
              <w:t>No cute characters.</w:t>
            </w:r>
          </w:p>
          <w:p>
            <w:pPr>
              <w:pStyle w:val="PromptText"/>
            </w:pPr>
            <w:r>
              <w:t>No complex typography.</w:t>
            </w:r>
          </w:p>
          <w:p>
            <w:pPr>
              <w:pStyle w:val="PromptText"/>
            </w:pPr>
            <w:r>
              <w:t>No logos.</w:t>
            </w:r>
          </w:p>
          <w:p>
            <w:pPr>
              <w:pStyle w:val="PromptText"/>
            </w:pPr>
            <w:r>
              <w:t>No watermark.</w:t>
            </w:r>
          </w:p>
          <w:p>
            <w:pPr>
              <w:pStyle w:val="PromptText"/>
            </w:pPr>
            <w:r>
              <w:t>Final aesthetic: premium contemporary Mumbai destination poster, unmistakable Gateway of India, modern Sea Link, Arabian Sea waterfront, restrained collectible palette, tactile layered paper, precise handcrafted construction and strong series consistency.</w:t>
            </w:r>
          </w:p>
        </w:tc>
      </w:tr>
    </w:tbl>
    <w:p>
      <w:r>
        <w:br w:type="page"/>
      </w:r>
    </w:p>
    <w:p>
      <w:pPr>
        <w:pStyle w:val="PromptTitle"/>
      </w:pPr>
      <w:r>
        <w:t>7. Bangalore</w:t>
      </w:r>
    </w:p>
    <w:p>
      <w:pPr>
        <w:pStyle w:val="PromptSubtitle"/>
      </w:pPr>
      <w:r>
        <w:t>Vidhana Soudha + Namma Metro + Cubbon Park greenery; 3:4, edge-to-edge.</w:t>
      </w:r>
    </w:p>
    <w:tbl>
      <w:tblPr>
        <w:tblW w:type="auto" w:w="0"/>
        <w:tblLayout w:type="autofit"/>
        <w:tblLook w:firstColumn="1" w:firstRow="1" w:lastColumn="0" w:lastRow="0" w:noHBand="0" w:noVBand="1" w:val="04A0"/>
      </w:tblPr>
      <w:tblGrid>
        <w:gridCol w:w="10181"/>
      </w:tblGrid>
      <w:tr>
        <w:tc>
          <w:tcPr>
            <w:tcW w:type="dxa" w:w="10181"/>
            <w:shd w:fill="F2F6F8"/>
            <w:tcMar>
              <w:top w:w="110" w:type="dxa"/>
              <w:start w:w="160" w:type="dxa"/>
              <w:bottom w:w="110" w:type="dxa"/>
              <w:end w:w="160" w:type="dxa"/>
            </w:tcMar>
            <w:vAlign w:val="center"/>
          </w:tcPr>
          <w:p>
            <w:pPr>
              <w:pStyle w:val="PromptText"/>
            </w:pPr>
            <w:r>
              <w:rPr>
                <w:b/>
              </w:rPr>
              <w:t>DESTINATION LANDMARK-LED LAYERED PAPERCUT POSTER — BANGALORE</w:t>
            </w:r>
          </w:p>
          <w:p>
            <w:pPr>
              <w:pStyle w:val="PromptText"/>
            </w:pPr>
            <w:r>
              <w:t>Create a tactile vertical travel art poster featuring Bangalore, India, designed as a sophisticated layered cut-paper diorama.</w:t>
            </w:r>
          </w:p>
          <w:p>
            <w:pPr>
              <w:pStyle w:val="PromptText"/>
            </w:pPr>
            <w:r>
              <w:t>Aspect ratio: 3:4 vertical.</w:t>
            </w:r>
          </w:p>
          <w:p>
            <w:pPr>
              <w:pStyle w:val="PromptText"/>
            </w:pPr>
            <w:r>
              <w:t>The final artwork should look like a real handcrafted paper-cut composition photographed perfectly front-on: dimensional, soft, contemporary, premium and collectible.</w:t>
            </w:r>
          </w:p>
          <w:p>
            <w:pPr>
              <w:pStyle w:val="PromptText"/>
            </w:pPr>
            <w:r>
              <w:t>IMPORTANT — the artwork must extend naturally to the LEFT and RIGHT edges of the canvas. Do not create vertical side borders, outer paper-frame strips, margins or raised edge pieces.</w:t>
            </w:r>
          </w:p>
          <w:p>
            <w:pPr>
              <w:pStyle w:val="PromptText"/>
            </w:pPr>
            <w:r>
              <w:rPr>
                <w:b/>
              </w:rPr>
              <w:t>CORE CONCEPT — LANDMARK 70% + PAPERCUT LAYERING 30%.</w:t>
            </w:r>
          </w:p>
          <w:p>
            <w:pPr>
              <w:pStyle w:val="PromptText"/>
            </w:pPr>
            <w:r>
              <w:t>Recognizable Bangalore first, papercut construction second.</w:t>
            </w:r>
          </w:p>
          <w:p>
            <w:pPr>
              <w:pStyle w:val="PromptText"/>
            </w:pPr>
            <w:r>
              <w:rPr>
                <w:b/>
              </w:rPr>
              <w:t>The viewer should immediately think:</w:t>
            </w:r>
          </w:p>
          <w:p>
            <w:pPr>
              <w:pStyle w:val="PromptText"/>
            </w:pPr>
            <w:r>
              <w:t>“This is Bangalore.”</w:t>
            </w:r>
          </w:p>
          <w:p>
            <w:pPr>
              <w:pStyle w:val="PromptText"/>
            </w:pPr>
            <w:r>
              <w:rPr>
                <w:b/>
              </w:rPr>
              <w:t>LANDMARK PRIORITY</w:t>
            </w:r>
          </w:p>
          <w:p>
            <w:pPr>
              <w:pStyle w:val="PromptText"/>
            </w:pPr>
            <w:r>
              <w:t>Primary landmark — VIDHANA SOUDHA</w:t>
            </w:r>
          </w:p>
          <w:p>
            <w:pPr>
              <w:pStyle w:val="PromptText"/>
            </w:pPr>
            <w:r>
              <w:t>Vidhana Soudha is the dominant hero landmark and occupies its own dedicated paper layer.</w:t>
            </w:r>
          </w:p>
          <w:p>
            <w:pPr>
              <w:pStyle w:val="PromptText"/>
            </w:pPr>
            <w:r>
              <w:rPr>
                <w:b/>
              </w:rPr>
              <w:t>Preserve its unmistakable monumental silhouette:</w:t>
            </w:r>
          </w:p>
          <w:p>
            <w:pPr>
              <w:pStyle w:val="PromptText"/>
            </w:pPr>
            <w:r>
              <w:t>large symmetrical government building</w:t>
              <w:br/>
            </w:r>
            <w:r>
              <w:t>broad central staircase</w:t>
              <w:br/>
            </w:r>
            <w:r>
              <w:t>grand columned façade</w:t>
              <w:br/>
            </w:r>
            <w:r>
              <w:t>massive central dome</w:t>
              <w:br/>
            </w:r>
            <w:r>
              <w:t>smaller corner domes</w:t>
              <w:br/>
            </w:r>
            <w:r>
              <w:t>strong horizontal wings</w:t>
              <w:br/>
            </w:r>
            <w:r>
              <w:t>ornamental rooftop profile</w:t>
            </w:r>
          </w:p>
          <w:p>
            <w:pPr>
              <w:pStyle w:val="PromptText"/>
            </w:pPr>
            <w:r>
              <w:t>Place it prominently around the centre or slightly lower-centre of the composition.</w:t>
            </w:r>
          </w:p>
          <w:p>
            <w:pPr>
              <w:pStyle w:val="PromptText"/>
            </w:pPr>
            <w:r>
              <w:t>Simplify carvings and small decorative detail, but never simplify the building’s proportions or dome structure.</w:t>
            </w:r>
          </w:p>
          <w:p>
            <w:pPr>
              <w:pStyle w:val="PromptText"/>
            </w:pPr>
            <w:r>
              <w:t>The massive central dome, broad symmetrical wings, columned façade and smaller corner domes must remain immediately recognizable.</w:t>
            </w:r>
          </w:p>
          <w:p>
            <w:pPr>
              <w:pStyle w:val="PromptText"/>
            </w:pPr>
            <w:r>
              <w:rPr>
                <w:b/>
              </w:rPr>
              <w:t>SECONDARY LANDMARK — NAMMA METRO</w:t>
            </w:r>
          </w:p>
          <w:p>
            <w:pPr>
              <w:pStyle w:val="PromptText"/>
            </w:pPr>
            <w:r>
              <w:t>Include one clean elevated Namma Metro train crossing through a secondary layer.</w:t>
            </w:r>
          </w:p>
          <w:p>
            <w:pPr>
              <w:pStyle w:val="PromptText"/>
            </w:pPr>
            <w:r>
              <w:rPr>
                <w:b/>
              </w:rPr>
              <w:t>Preserve:</w:t>
            </w:r>
          </w:p>
          <w:p>
            <w:pPr>
              <w:pStyle w:val="PromptText"/>
            </w:pPr>
            <w:r>
              <w:t>slender elevated viaduct</w:t>
              <w:br/>
            </w:r>
            <w:r>
              <w:t>compact modern metro train</w:t>
              <w:br/>
            </w:r>
            <w:r>
              <w:t>repeating rectangular windows</w:t>
              <w:br/>
            </w:r>
            <w:r>
              <w:t>simple urban rail silhouette</w:t>
            </w:r>
          </w:p>
          <w:p>
            <w:pPr>
              <w:pStyle w:val="PromptText"/>
            </w:pPr>
            <w:r>
              <w:t>Keep it secondary to Vidhana Soudha but clearly readable as modern Bangalore infrastructure.</w:t>
            </w:r>
          </w:p>
          <w:p>
            <w:pPr>
              <w:pStyle w:val="PromptText"/>
            </w:pPr>
            <w:r>
              <w:rPr>
                <w:b/>
              </w:rPr>
              <w:t>SECONDARY ELEMENT STACKING ORDER</w:t>
            </w:r>
          </w:p>
          <w:p>
            <w:pPr>
              <w:pStyle w:val="PromptText"/>
            </w:pPr>
            <w:r>
              <w:rPr>
                <w:b/>
              </w:rPr>
              <w:t>Build Bangalore using approximately seven distinct physical paper layers, back to front:</w:t>
            </w:r>
          </w:p>
          <w:p>
            <w:pPr>
              <w:pStyle w:val="PromptText"/>
            </w:pPr>
            <w:r>
              <w:t>Layer 1 — Back sky</w:t>
            </w:r>
          </w:p>
          <w:p>
            <w:pPr>
              <w:pStyle w:val="PromptText"/>
            </w:pPr>
            <w:r>
              <w:t>A completely flat soft-cream paper sky occupying roughly the upper 35–40% of the composition.</w:t>
            </w:r>
          </w:p>
          <w:p>
            <w:pPr>
              <w:pStyle w:val="PromptText"/>
            </w:pPr>
            <w:r>
              <w:t>Layer 2 — Distant modern skyline</w:t>
            </w:r>
          </w:p>
          <w:p>
            <w:pPr>
              <w:pStyle w:val="PromptText"/>
            </w:pPr>
            <w:r>
              <w:t>Minimal silhouettes of Bengaluru office towers, tech-campus buildings and urban high-rises in pale sky blue.</w:t>
            </w:r>
          </w:p>
          <w:p>
            <w:pPr>
              <w:pStyle w:val="PromptText"/>
            </w:pPr>
            <w:r>
              <w:t>Keep them clean and simplified.</w:t>
            </w:r>
          </w:p>
          <w:p>
            <w:pPr>
              <w:pStyle w:val="PromptText"/>
            </w:pPr>
            <w:r>
              <w:t>Layer 3 — Heritage / civic skyline</w:t>
            </w:r>
          </w:p>
          <w:p>
            <w:pPr>
              <w:pStyle w:val="PromptText"/>
            </w:pPr>
            <w:r>
              <w:t>Subtle silhouettes inspired by Bangalore’s colonial-era buildings, domes, clock towers and civic structures in dusty teal or muted sandstone.</w:t>
            </w:r>
          </w:p>
          <w:p>
            <w:pPr>
              <w:pStyle w:val="PromptText"/>
            </w:pPr>
            <w:r>
              <w:t>Do not let them compete with Vidhana Soudha.</w:t>
            </w:r>
          </w:p>
          <w:p>
            <w:pPr>
              <w:pStyle w:val="PromptText"/>
            </w:pPr>
            <w:r>
              <w:t>Layer 4 — Vidhana Soudha</w:t>
            </w:r>
          </w:p>
          <w:p>
            <w:pPr>
              <w:pStyle w:val="PromptText"/>
            </w:pPr>
            <w:r>
              <w:t>The hero layer in warm sandstone or soft muted coral paper.</w:t>
            </w:r>
          </w:p>
          <w:p>
            <w:pPr>
              <w:pStyle w:val="PromptText"/>
            </w:pPr>
            <w:r>
              <w:t>Its main arches and window bays should be created through simplified cut-through openings.</w:t>
            </w:r>
          </w:p>
          <w:p>
            <w:pPr>
              <w:pStyle w:val="PromptText"/>
            </w:pPr>
            <w:r>
              <w:t>Layer 5 — Namma Metro</w:t>
            </w:r>
          </w:p>
          <w:p>
            <w:pPr>
              <w:pStyle w:val="PromptText"/>
            </w:pPr>
            <w:r>
              <w:t>A separate mineral-blue or dusty-teal paper layer showing an elevated metro line with a short train.</w:t>
            </w:r>
          </w:p>
          <w:p>
            <w:pPr>
              <w:pStyle w:val="PromptText"/>
            </w:pPr>
            <w:r>
              <w:t>Place it across one side or lower-middle of the composition without obscuring the main landmark.</w:t>
            </w:r>
          </w:p>
          <w:p>
            <w:pPr>
              <w:pStyle w:val="PromptText"/>
            </w:pPr>
            <w:r>
              <w:t>Layer 6 — Cubbon Park greenery</w:t>
            </w:r>
          </w:p>
          <w:p>
            <w:pPr>
              <w:pStyle w:val="PromptText"/>
            </w:pPr>
            <w:r>
              <w:t>Layered tree canopies, rain trees, palms and dense urban greenery wrapping around the civic architecture.</w:t>
            </w:r>
          </w:p>
          <w:p>
            <w:pPr>
              <w:pStyle w:val="PromptText"/>
            </w:pPr>
            <w:r>
              <w:t>This should strongly reinforce Bangalore’s identity as a green city.</w:t>
            </w:r>
          </w:p>
          <w:p>
            <w:pPr>
              <w:pStyle w:val="PromptText"/>
            </w:pPr>
            <w:r>
              <w:t>Layer 7 — Foreground</w:t>
            </w:r>
          </w:p>
          <w:p>
            <w:pPr>
              <w:pStyle w:val="PromptText"/>
            </w:pPr>
            <w:r>
              <w:t>One bold deep-navy cut-paper layer using low foliage, park planting, boulevard landscaping, or a low urban railing.</w:t>
            </w:r>
          </w:p>
          <w:p>
            <w:pPr>
              <w:pStyle w:val="PromptText"/>
            </w:pPr>
            <w:r>
              <w:t>Do NOT create vertical borders on the left or right.</w:t>
            </w:r>
          </w:p>
          <w:p>
            <w:pPr>
              <w:pStyle w:val="PromptText"/>
            </w:pPr>
            <w:r>
              <w:rPr>
                <w:b/>
              </w:rPr>
              <w:t>OPTIONAL BANGALORE DETAILS</w:t>
            </w:r>
          </w:p>
          <w:p>
            <w:pPr>
              <w:pStyle w:val="PromptText"/>
            </w:pPr>
            <w:r>
              <w:rPr>
                <w:b/>
              </w:rPr>
              <w:t>Use only sparingly:</w:t>
            </w:r>
          </w:p>
          <w:p>
            <w:pPr>
              <w:pStyle w:val="PromptText"/>
            </w:pPr>
            <w:r>
              <w:t>a few large rain-tree silhouettes</w:t>
              <w:br/>
            </w:r>
            <w:r>
              <w:t>one small park bench</w:t>
              <w:br/>
            </w:r>
            <w:r>
              <w:t>minimal street lamps</w:t>
              <w:br/>
            </w:r>
            <w:r>
              <w:t>tiny birds</w:t>
              <w:br/>
            </w:r>
            <w:r>
              <w:t>subtle tech-building silhouettes</w:t>
              <w:br/>
            </w:r>
            <w:r>
              <w:t>one small metro pillar sequence</w:t>
              <w:br/>
            </w:r>
            <w:r>
              <w:t>a few simplified human figures for scale</w:t>
            </w:r>
          </w:p>
          <w:p>
            <w:pPr>
              <w:pStyle w:val="PromptText"/>
            </w:pPr>
            <w:r>
              <w:t>Do not overcrowd the poster.</w:t>
            </w:r>
          </w:p>
          <w:p>
            <w:pPr>
              <w:pStyle w:val="PromptText"/>
            </w:pPr>
            <w:r>
              <w:t>Do not turn it into a city collage.</w:t>
            </w:r>
          </w:p>
          <w:p>
            <w:pPr>
              <w:pStyle w:val="PromptText"/>
            </w:pPr>
            <w:r>
              <w:rPr>
                <w:b/>
              </w:rPr>
              <w:t>PAPERCUT CONSTRUCTION</w:t>
            </w:r>
          </w:p>
          <w:p>
            <w:pPr>
              <w:pStyle w:val="PromptText"/>
            </w:pPr>
            <w:r>
              <w:t>Build the complete image from SIX TO EIGHT clearly distinguishable physical paper layers.</w:t>
            </w:r>
          </w:p>
          <w:p>
            <w:pPr>
              <w:pStyle w:val="PromptText"/>
            </w:pPr>
            <w:r>
              <w:t>Each layer uses ONE SINGLE FLAT PAPER COLOUR.</w:t>
            </w:r>
          </w:p>
          <w:p>
            <w:pPr>
              <w:pStyle w:val="PromptText"/>
            </w:pPr>
            <w:r>
              <w:t>No gradients.</w:t>
            </w:r>
          </w:p>
          <w:p>
            <w:pPr>
              <w:pStyle w:val="PromptText"/>
            </w:pPr>
            <w:r>
              <w:t>No painted shading.</w:t>
            </w:r>
          </w:p>
          <w:p>
            <w:pPr>
              <w:pStyle w:val="PromptText"/>
            </w:pPr>
            <w:r>
              <w:t>No colour modulation within any individual paper shape.</w:t>
            </w:r>
          </w:p>
          <w:p>
            <w:pPr>
              <w:pStyle w:val="PromptText"/>
            </w:pPr>
            <w:r>
              <w:rPr>
                <w:b/>
              </w:rPr>
              <w:t>Depth comes ONLY from:</w:t>
            </w:r>
          </w:p>
          <w:p>
            <w:pPr>
              <w:pStyle w:val="PromptText"/>
            </w:pPr>
            <w:r>
              <w:t>physical separation between stacked layers</w:t>
              <w:br/>
            </w:r>
            <w:r>
              <w:t>short soft cast shadows</w:t>
              <w:br/>
            </w:r>
            <w:r>
              <w:t>tiny visible paper thickness along cut edges</w:t>
            </w:r>
          </w:p>
          <w:p>
            <w:pPr>
              <w:pStyle w:val="PromptText"/>
            </w:pPr>
            <w:r>
              <w:t>Every overlapping paper layer casts a SOFT, SHORT, DIFFUSE shadow onto the layer directly behind it.</w:t>
            </w:r>
          </w:p>
          <w:p>
            <w:pPr>
              <w:pStyle w:val="PromptText"/>
            </w:pPr>
            <w:r>
              <w:t>These shadows are the ONLY depth cue.</w:t>
            </w:r>
          </w:p>
          <w:p>
            <w:pPr>
              <w:pStyle w:val="PromptText"/>
            </w:pPr>
            <w:r>
              <w:t>Never use hard Photoshop-style drop shadows.</w:t>
            </w:r>
          </w:p>
          <w:p>
            <w:pPr>
              <w:pStyle w:val="PromptText"/>
            </w:pPr>
            <w:r>
              <w:t>Never paint shadows or highlights directly onto a paper surface.</w:t>
            </w:r>
          </w:p>
          <w:p>
            <w:pPr>
              <w:pStyle w:val="PromptText"/>
            </w:pPr>
            <w:r>
              <w:rPr>
                <w:b/>
              </w:rPr>
              <w:t>CUT-THROUGH DETAIL</w:t>
            </w:r>
          </w:p>
          <w:p>
            <w:pPr>
              <w:pStyle w:val="PromptText"/>
            </w:pPr>
            <w:r>
              <w:t>Architectural detail must be created by physically cutting through the paper.</w:t>
            </w:r>
          </w:p>
          <w:p>
            <w:pPr>
              <w:pStyle w:val="PromptText"/>
            </w:pPr>
            <w:r>
              <w:t>Vidhana Soudha’s arches, windows, column gaps and balcony openings should be genuine cut holes revealing the paper layer behind.</w:t>
            </w:r>
          </w:p>
          <w:p>
            <w:pPr>
              <w:pStyle w:val="PromptText"/>
            </w:pPr>
            <w:r>
              <w:t>Metro windows and rail gaps should also be represented through negative-space cutouts where practical.</w:t>
            </w:r>
          </w:p>
          <w:p>
            <w:pPr>
              <w:pStyle w:val="PromptText"/>
            </w:pPr>
            <w:r>
              <w:t>Tree canopy openings may use delicate cut gaps rather than drawn texture.</w:t>
            </w:r>
          </w:p>
          <w:p>
            <w:pPr>
              <w:pStyle w:val="PromptText"/>
            </w:pPr>
            <w:r>
              <w:t>Every visible contour should feel precision-cut from premium matte art paper.</w:t>
            </w:r>
          </w:p>
          <w:p>
            <w:pPr>
              <w:pStyle w:val="PromptText"/>
            </w:pPr>
            <w:r>
              <w:rPr>
                <w:b/>
              </w:rPr>
              <w:t>COMPOSITION</w:t>
            </w:r>
          </w:p>
          <w:p>
            <w:pPr>
              <w:pStyle w:val="PromptText"/>
            </w:pPr>
            <w:r>
              <w:t>Use a perfectly front-facing, centred, orthographic-looking camera view.</w:t>
            </w:r>
          </w:p>
          <w:p>
            <w:pPr>
              <w:pStyle w:val="PromptText"/>
            </w:pPr>
            <w:r>
              <w:t>No tilted camera.</w:t>
            </w:r>
          </w:p>
          <w:p>
            <w:pPr>
              <w:pStyle w:val="PromptText"/>
            </w:pPr>
            <w:r>
              <w:t>No tabletop angle.</w:t>
            </w:r>
          </w:p>
          <w:p>
            <w:pPr>
              <w:pStyle w:val="PromptText"/>
            </w:pPr>
            <w:r>
              <w:t>No visible studio environment.</w:t>
            </w:r>
          </w:p>
          <w:p>
            <w:pPr>
              <w:pStyle w:val="PromptText"/>
            </w:pPr>
            <w:r>
              <w:t>No picture frame.</w:t>
            </w:r>
          </w:p>
          <w:p>
            <w:pPr>
              <w:pStyle w:val="PromptText"/>
            </w:pPr>
            <w:r>
              <w:t>No white border.</w:t>
            </w:r>
          </w:p>
          <w:p>
            <w:pPr>
              <w:pStyle w:val="PromptText"/>
            </w:pPr>
            <w:r>
              <w:t>No poster mat.</w:t>
            </w:r>
          </w:p>
          <w:p>
            <w:pPr>
              <w:pStyle w:val="PromptText"/>
            </w:pPr>
            <w:r>
              <w:t>No left border.</w:t>
            </w:r>
          </w:p>
          <w:p>
            <w:pPr>
              <w:pStyle w:val="PromptText"/>
            </w:pPr>
            <w:r>
              <w:t>No right border.</w:t>
            </w:r>
          </w:p>
          <w:p>
            <w:pPr>
              <w:pStyle w:val="PromptText"/>
            </w:pPr>
            <w:r>
              <w:t>The artwork runs edge-to-edge horizontally.</w:t>
            </w:r>
          </w:p>
          <w:p>
            <w:pPr>
              <w:pStyle w:val="PromptText"/>
            </w:pPr>
            <w:r>
              <w:t>Reserve approximately the upper 35–40% for the flat cream sky and city title.</w:t>
            </w:r>
          </w:p>
          <w:p>
            <w:pPr>
              <w:pStyle w:val="PromptText"/>
            </w:pPr>
            <w:r>
              <w:rPr>
                <w:b/>
              </w:rPr>
              <w:t>At upper centre place only:</w:t>
            </w:r>
          </w:p>
          <w:p>
            <w:pPr>
              <w:pStyle w:val="PromptText"/>
            </w:pPr>
            <w:r>
              <w:rPr>
                <w:b/>
              </w:rPr>
              <w:t>BANGALORE</w:t>
            </w:r>
          </w:p>
          <w:p>
            <w:pPr>
              <w:pStyle w:val="PromptText"/>
            </w:pPr>
            <w:r>
              <w:t>Render BANGALORE as individually cut uppercase sans-serif paper letters with generous letter spacing.</w:t>
            </w:r>
          </w:p>
          <w:p>
            <w:pPr>
              <w:pStyle w:val="PromptText"/>
            </w:pPr>
            <w:r>
              <w:t>The letters sit slightly above the sky layer and cast the same subtle physical shadow as the rest of the paper artwork.</w:t>
            </w:r>
          </w:p>
          <w:p>
            <w:pPr>
              <w:pStyle w:val="PromptText"/>
            </w:pPr>
            <w:r>
              <w:t>Below the title, build the city across the middle and lower frame.</w:t>
            </w:r>
          </w:p>
          <w:p>
            <w:pPr>
              <w:pStyle w:val="PromptText"/>
            </w:pPr>
            <w:r>
              <w:t>Vidhana Soudha dominates the composition.</w:t>
            </w:r>
          </w:p>
          <w:p>
            <w:pPr>
              <w:pStyle w:val="PromptText"/>
            </w:pPr>
            <w:r>
              <w:t>Modern skyline forms should remain distant.</w:t>
            </w:r>
          </w:p>
          <w:p>
            <w:pPr>
              <w:pStyle w:val="PromptText"/>
            </w:pPr>
            <w:r>
              <w:t>Namma Metro introduces a clean modern horizontal element.</w:t>
            </w:r>
          </w:p>
          <w:p>
            <w:pPr>
              <w:pStyle w:val="PromptText"/>
            </w:pPr>
            <w:r>
              <w:t>Cubbon Park-style foliage should fill the middle-lower layers and soften the architecture.</w:t>
            </w:r>
          </w:p>
          <w:p>
            <w:pPr>
              <w:pStyle w:val="PromptText"/>
            </w:pPr>
            <w:r>
              <w:t>Do not allow foreground greenery or metro structures to obscure the central dome or defining silhouette of Vidhana Soudha.</w:t>
            </w:r>
          </w:p>
          <w:p>
            <w:pPr>
              <w:pStyle w:val="PromptText"/>
            </w:pPr>
            <w:r>
              <w:rPr>
                <w:b/>
              </w:rPr>
              <w:t>COLOR PALETTE</w:t>
            </w:r>
          </w:p>
          <w:p>
            <w:pPr>
              <w:pStyle w:val="PromptText"/>
            </w:pPr>
            <w:r>
              <w:rPr>
                <w:b/>
              </w:rPr>
              <w:t>Use the exact same destination-series art-paper palette:</w:t>
            </w:r>
          </w:p>
          <w:p>
            <w:pPr>
              <w:pStyle w:val="PromptText"/>
            </w:pPr>
            <w:r>
              <w:t>soft cream — back sky</w:t>
              <w:br/>
            </w:r>
            <w:r>
              <w:t>pale sky blue</w:t>
              <w:br/>
            </w:r>
            <w:r>
              <w:t>mineral blue</w:t>
              <w:br/>
            </w:r>
            <w:r>
              <w:t>dusty teal</w:t>
              <w:br/>
            </w:r>
            <w:r>
              <w:t>warm sandstone</w:t>
              <w:br/>
            </w:r>
            <w:r>
              <w:t>muted coral</w:t>
              <w:br/>
            </w:r>
            <w:r>
              <w:t>deep navy — strongest foreground layers</w:t>
            </w:r>
          </w:p>
          <w:p>
            <w:pPr>
              <w:pStyle w:val="PromptText"/>
            </w:pPr>
            <w:r>
              <w:t>Approximately seven flat paper colours total.</w:t>
            </w:r>
          </w:p>
          <w:p>
            <w:pPr>
              <w:pStyle w:val="PromptText"/>
            </w:pPr>
            <w:r>
              <w:t>Do NOT introduce bright green just because Bangalore is known for greenery.</w:t>
            </w:r>
          </w:p>
          <w:p>
            <w:pPr>
              <w:pStyle w:val="PromptText"/>
            </w:pPr>
            <w:r>
              <w:t>Do NOT use neon tech colours.</w:t>
            </w:r>
          </w:p>
          <w:p>
            <w:pPr>
              <w:pStyle w:val="PromptText"/>
            </w:pPr>
            <w:r>
              <w:t>Do NOT use bright purple metro branding.</w:t>
            </w:r>
          </w:p>
          <w:p>
            <w:pPr>
              <w:pStyle w:val="PromptText"/>
            </w:pPr>
            <w:r>
              <w:t>Keep all forms translated into the established restrained series palette.</w:t>
            </w:r>
          </w:p>
          <w:p>
            <w:pPr>
              <w:pStyle w:val="PromptText"/>
            </w:pPr>
            <w:r>
              <w:t>Maintain the exact same visual family used for Kolkata, Delhi, Benaras, Darjeeling and Mumbai.</w:t>
            </w:r>
          </w:p>
          <w:p>
            <w:pPr>
              <w:pStyle w:val="PromptText"/>
            </w:pPr>
            <w:r>
              <w:rPr>
                <w:b/>
              </w:rPr>
              <w:t>LIGHTING</w:t>
            </w:r>
          </w:p>
          <w:p>
            <w:pPr>
              <w:pStyle w:val="PromptText"/>
            </w:pPr>
            <w:r>
              <w:t>Soft studio light comes consistently from the upper-left.</w:t>
            </w:r>
          </w:p>
          <w:p>
            <w:pPr>
              <w:pStyle w:val="PromptText"/>
            </w:pPr>
            <w:r>
              <w:t>Paper edges facing the light may show a hairline of thickness.</w:t>
            </w:r>
          </w:p>
          <w:p>
            <w:pPr>
              <w:pStyle w:val="PromptText"/>
            </w:pPr>
            <w:r>
              <w:t>Cast shadows fall gently toward the lower-right.</w:t>
            </w:r>
          </w:p>
          <w:p>
            <w:pPr>
              <w:pStyle w:val="PromptText"/>
            </w:pPr>
            <w:r>
              <w:t>Lighting should remain soft, quiet and physically believable.</w:t>
            </w:r>
          </w:p>
          <w:p>
            <w:pPr>
              <w:pStyle w:val="PromptText"/>
            </w:pPr>
            <w:r>
              <w:t>No dramatic sun rays.</w:t>
            </w:r>
          </w:p>
          <w:p>
            <w:pPr>
              <w:pStyle w:val="PromptText"/>
            </w:pPr>
            <w:r>
              <w:t>No sunset.</w:t>
            </w:r>
          </w:p>
          <w:p>
            <w:pPr>
              <w:pStyle w:val="PromptText"/>
            </w:pPr>
            <w:r>
              <w:t>No glow.</w:t>
            </w:r>
          </w:p>
          <w:p>
            <w:pPr>
              <w:pStyle w:val="PromptText"/>
            </w:pPr>
            <w:r>
              <w:rPr>
                <w:b/>
              </w:rPr>
              <w:t>PAPER TEXTURE</w:t>
            </w:r>
          </w:p>
          <w:p>
            <w:pPr>
              <w:pStyle w:val="PromptText"/>
            </w:pPr>
            <w:r>
              <w:rPr>
                <w:b/>
              </w:rPr>
              <w:t>Premium matte coloured art paper with:</w:t>
            </w:r>
          </w:p>
          <w:p>
            <w:pPr>
              <w:pStyle w:val="PromptText"/>
            </w:pPr>
            <w:r>
              <w:t>fine even fibre tooth</w:t>
              <w:br/>
            </w:r>
            <w:r>
              <w:t>subtle tactile grain</w:t>
              <w:br/>
            </w:r>
            <w:r>
              <w:t>clean precision-cut edges</w:t>
              <w:br/>
            </w:r>
            <w:r>
              <w:t>hairline paper thickness</w:t>
              <w:br/>
            </w:r>
            <w:r>
              <w:t>soft ambient occlusion where layers overlap</w:t>
            </w:r>
          </w:p>
          <w:p>
            <w:pPr>
              <w:pStyle w:val="PromptText"/>
            </w:pPr>
            <w:r>
              <w:t>The artwork should feel like a physically constructed paper diorama photographed in a professional studio.</w:t>
            </w:r>
          </w:p>
          <w:p>
            <w:pPr>
              <w:pStyle w:val="PromptText"/>
            </w:pPr>
            <w:r>
              <w:t>Clean and contemporary rather than rustic.</w:t>
            </w:r>
          </w:p>
          <w:p>
            <w:pPr>
              <w:pStyle w:val="PromptText"/>
            </w:pPr>
            <w:r>
              <w:rPr>
                <w:b/>
              </w:rPr>
              <w:t>STRICT CONSTRAINTS</w:t>
            </w:r>
          </w:p>
          <w:p>
            <w:pPr>
              <w:pStyle w:val="PromptText"/>
            </w:pPr>
            <w:r>
              <w:rPr>
                <w:b/>
              </w:rPr>
              <w:t>Exact spelling:</w:t>
            </w:r>
          </w:p>
          <w:p>
            <w:pPr>
              <w:pStyle w:val="PromptText"/>
            </w:pPr>
            <w:r>
              <w:rPr>
                <w:b/>
              </w:rPr>
              <w:t>BANGALORE</w:t>
            </w:r>
          </w:p>
          <w:p>
            <w:pPr>
              <w:pStyle w:val="PromptText"/>
            </w:pPr>
            <w:r>
              <w:t>No text other than BANGALORE.</w:t>
            </w:r>
          </w:p>
          <w:p>
            <w:pPr>
              <w:pStyle w:val="PromptText"/>
            </w:pPr>
            <w:r>
              <w:t>No left border.</w:t>
            </w:r>
          </w:p>
          <w:p>
            <w:pPr>
              <w:pStyle w:val="PromptText"/>
            </w:pPr>
            <w:r>
              <w:t>No right border.</w:t>
            </w:r>
          </w:p>
          <w:p>
            <w:pPr>
              <w:pStyle w:val="PromptText"/>
            </w:pPr>
            <w:r>
              <w:t>No surrounding paper frame.</w:t>
            </w:r>
          </w:p>
          <w:p>
            <w:pPr>
              <w:pStyle w:val="PromptText"/>
            </w:pPr>
            <w:r>
              <w:t>No poster mat.</w:t>
            </w:r>
          </w:p>
          <w:p>
            <w:pPr>
              <w:pStyle w:val="PromptText"/>
            </w:pPr>
            <w:r>
              <w:t>No raised vertical edge strips.</w:t>
            </w:r>
          </w:p>
          <w:p>
            <w:pPr>
              <w:pStyle w:val="PromptText"/>
            </w:pPr>
            <w:r>
              <w:t>No gradients within a layer.</w:t>
            </w:r>
          </w:p>
          <w:p>
            <w:pPr>
              <w:pStyle w:val="PromptText"/>
            </w:pPr>
            <w:r>
              <w:t>No painted shading.</w:t>
            </w:r>
          </w:p>
          <w:p>
            <w:pPr>
              <w:pStyle w:val="PromptText"/>
            </w:pPr>
            <w:r>
              <w:t>No hard shadows.</w:t>
            </w:r>
          </w:p>
          <w:p>
            <w:pPr>
              <w:pStyle w:val="PromptText"/>
            </w:pPr>
            <w:r>
              <w:t>No long dramatic shadows.</w:t>
            </w:r>
          </w:p>
          <w:p>
            <w:pPr>
              <w:pStyle w:val="PromptText"/>
            </w:pPr>
            <w:r>
              <w:t>No atmospheric haze.</w:t>
            </w:r>
          </w:p>
          <w:p>
            <w:pPr>
              <w:pStyle w:val="PromptText"/>
            </w:pPr>
            <w:r>
              <w:t>No conventional perspective.</w:t>
            </w:r>
          </w:p>
          <w:p>
            <w:pPr>
              <w:pStyle w:val="PromptText"/>
            </w:pPr>
            <w:r>
              <w:t>No realistic photograph of Bangalore.</w:t>
            </w:r>
          </w:p>
          <w:p>
            <w:pPr>
              <w:pStyle w:val="PromptText"/>
            </w:pPr>
            <w:r>
              <w:t>The buildings themselves must remain simplified paper geometry, while the overall artwork should look like a real studio photograph of physically stacked cut paper.</w:t>
            </w:r>
          </w:p>
          <w:p>
            <w:pPr>
              <w:pStyle w:val="PromptText"/>
            </w:pPr>
            <w:r>
              <w:t>No CGI plastic material.</w:t>
            </w:r>
          </w:p>
          <w:p>
            <w:pPr>
              <w:pStyle w:val="PromptText"/>
            </w:pPr>
            <w:r>
              <w:t>No glow.</w:t>
            </w:r>
          </w:p>
          <w:p>
            <w:pPr>
              <w:pStyle w:val="PromptText"/>
            </w:pPr>
            <w:r>
              <w:t>No neon.</w:t>
            </w:r>
          </w:p>
          <w:p>
            <w:pPr>
              <w:pStyle w:val="PromptText"/>
            </w:pPr>
            <w:r>
              <w:t>No metallic gold.</w:t>
            </w:r>
          </w:p>
          <w:p>
            <w:pPr>
              <w:pStyle w:val="PromptText"/>
            </w:pPr>
            <w:r>
              <w:t>No glitter.</w:t>
            </w:r>
          </w:p>
          <w:p>
            <w:pPr>
              <w:pStyle w:val="PromptText"/>
            </w:pPr>
            <w:r>
              <w:t>No foil.</w:t>
            </w:r>
          </w:p>
          <w:p>
            <w:pPr>
              <w:pStyle w:val="PromptText"/>
            </w:pPr>
            <w:r>
              <w:t>No sepia.</w:t>
            </w:r>
          </w:p>
          <w:p>
            <w:pPr>
              <w:pStyle w:val="PromptText"/>
            </w:pPr>
            <w:r>
              <w:t>No aged paper.</w:t>
            </w:r>
          </w:p>
          <w:p>
            <w:pPr>
              <w:pStyle w:val="PromptText"/>
            </w:pPr>
            <w:r>
              <w:t>No tears.</w:t>
            </w:r>
          </w:p>
          <w:p>
            <w:pPr>
              <w:pStyle w:val="PromptText"/>
            </w:pPr>
            <w:r>
              <w:t>No crumpled paper.</w:t>
            </w:r>
          </w:p>
          <w:p>
            <w:pPr>
              <w:pStyle w:val="PromptText"/>
            </w:pPr>
            <w:r>
              <w:t>No distressed edges.</w:t>
            </w:r>
          </w:p>
          <w:p>
            <w:pPr>
              <w:pStyle w:val="PromptText"/>
            </w:pPr>
            <w:r>
              <w:t>No scrapbook style.</w:t>
            </w:r>
          </w:p>
          <w:p>
            <w:pPr>
              <w:pStyle w:val="PromptText"/>
            </w:pPr>
            <w:r>
              <w:t>No travel stickers.</w:t>
            </w:r>
          </w:p>
          <w:p>
            <w:pPr>
              <w:pStyle w:val="PromptText"/>
            </w:pPr>
            <w:r>
              <w:t>No cartoon aesthetic.</w:t>
            </w:r>
          </w:p>
          <w:p>
            <w:pPr>
              <w:pStyle w:val="PromptText"/>
            </w:pPr>
            <w:r>
              <w:t>No cute characters.</w:t>
            </w:r>
          </w:p>
          <w:p>
            <w:pPr>
              <w:pStyle w:val="PromptText"/>
            </w:pPr>
            <w:r>
              <w:t>No elaborate typography.</w:t>
            </w:r>
          </w:p>
          <w:p>
            <w:pPr>
              <w:pStyle w:val="PromptText"/>
            </w:pPr>
            <w:r>
              <w:t>No logos.</w:t>
            </w:r>
          </w:p>
          <w:p>
            <w:pPr>
              <w:pStyle w:val="PromptText"/>
            </w:pPr>
            <w:r>
              <w:t>No watermark.</w:t>
            </w:r>
          </w:p>
          <w:p>
            <w:pPr>
              <w:pStyle w:val="PromptText"/>
            </w:pPr>
            <w:r>
              <w:t>Final aesthetic: premium contemporary Bangalore destination poster, unmistakable Vidhana Soudha, modern metro infrastructure, lush urban greenery, restrained collectible palette, tactile layered paper, precise handcrafted construction and strong series consistency.</w:t>
            </w:r>
          </w:p>
        </w:tc>
      </w:tr>
    </w:tbl>
    <w:sectPr w:rsidR="00FC693F" w:rsidRPr="0006063C" w:rsidSect="00034616">
      <w:footerReference w:type="default" r:id="rId9"/>
      <w:pgSz w:w="11909" w:h="16834"/>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 xml:space="preserve">Digital Arnab  •  Papercut Prompt Pack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Title">
    <w:name w:val="Cover Title"/>
    <w:pPr>
      <w:spacing w:after="160"/>
    </w:pPr>
    <w:rPr>
      <w:rFonts w:ascii="Aptos" w:hAnsi="Aptos" w:eastAsia="Aptos"/>
      <w:b/>
      <w:color w:val="173E4F"/>
      <w:sz w:val="56"/>
    </w:rPr>
  </w:style>
  <w:style w:type="paragraph" w:customStyle="1" w:styleId="CoverSubtitle">
    <w:name w:val="Cover Subtitle"/>
    <w:pPr>
      <w:spacing w:after="360"/>
    </w:pPr>
    <w:rPr>
      <w:rFonts w:ascii="Aptos" w:hAnsi="Aptos" w:eastAsia="Aptos"/>
      <w:b w:val="0"/>
      <w:color w:val="526B77"/>
      <w:sz w:val="24"/>
    </w:rPr>
  </w:style>
  <w:style w:type="paragraph" w:customStyle="1" w:styleId="PromptTitle">
    <w:name w:val="Prompt Title"/>
    <w:pPr>
      <w:keepNext/>
      <w:spacing w:after="80"/>
    </w:pPr>
    <w:rPr>
      <w:rFonts w:ascii="Aptos" w:hAnsi="Aptos" w:eastAsia="Aptos"/>
      <w:b/>
      <w:color w:val="173E4F"/>
      <w:sz w:val="38"/>
    </w:rPr>
  </w:style>
  <w:style w:type="paragraph" w:customStyle="1" w:styleId="PromptSubtitle">
    <w:name w:val="Prompt Subtitle"/>
    <w:pPr>
      <w:spacing w:after="160"/>
    </w:pPr>
    <w:rPr>
      <w:rFonts w:ascii="Aptos" w:hAnsi="Aptos" w:eastAsia="Aptos"/>
      <w:b w:val="0"/>
      <w:color w:val="526B77"/>
      <w:sz w:val="19"/>
    </w:rPr>
  </w:style>
  <w:style w:type="paragraph" w:customStyle="1" w:styleId="PromptText">
    <w:name w:val="Prompt Text"/>
    <w:pPr>
      <w:spacing w:after="80" w:line="247" w:lineRule="auto"/>
    </w:pPr>
    <w:rPr>
      <w:rFonts w:ascii="Aptos" w:hAnsi="Aptos" w:eastAsia="Aptos"/>
      <w:b w:val="0"/>
      <w:color w:val="1F2933"/>
      <w:sz w:val="17"/>
    </w:rPr>
  </w:style>
  <w:style w:type="paragraph" w:customStyle="1" w:styleId="TOCItem">
    <w:name w:val="TOC Item"/>
    <w:pPr>
      <w:spacing w:after="80"/>
    </w:pPr>
    <w:rPr>
      <w:rFonts w:ascii="Aptos" w:hAnsi="Aptos" w:eastAsia="Aptos"/>
      <w:b w:val="0"/>
      <w:color w:val="173E4F"/>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Destination Layered Papercut Prompt Pack</dc:title>
  <dc:subject>Master prompt and city-specific papercut prompts</dc:subject>
  <dc:creator>Digital Arnab</dc:creator>
  <cp:keywords/>
  <dc:description>generated by python-docx</dc:description>
  <cp:lastModifiedBy/>
  <cp:revision>1</cp:revision>
  <dcterms:created xsi:type="dcterms:W3CDTF">2013-12-23T23:15:00Z</dcterms:created>
  <dcterms:modified xsi:type="dcterms:W3CDTF">2013-12-23T23:15:00Z</dcterms:modified>
  <cp:category/>
</cp:coreProperties>
</file>